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31F9" w14:textId="28D77A52" w:rsidR="00D053D2" w:rsidRPr="00420A03" w:rsidRDefault="002017E2" w:rsidP="00420A03">
      <w:pPr>
        <w:pStyle w:val="Formkicker"/>
        <w:keepNext/>
        <w:jc w:val="center"/>
        <w:rPr>
          <w:rFonts w:ascii="Arial Nova" w:hAnsi="Arial Nova"/>
          <w:color w:val="auto"/>
        </w:rPr>
      </w:pPr>
      <w:r w:rsidRPr="00420A03">
        <w:rPr>
          <w:rFonts w:ascii="Arial Nova" w:hAnsi="Arial Nova"/>
          <w:noProof/>
          <w:color w:val="auto"/>
        </w:rPr>
        <w:drawing>
          <wp:anchor distT="0" distB="0" distL="114300" distR="114300" simplePos="0" relativeHeight="251659264" behindDoc="0" locked="0" layoutInCell="1" allowOverlap="1" wp14:anchorId="05604C9A" wp14:editId="5D5D723F">
            <wp:simplePos x="0" y="0"/>
            <wp:positionH relativeFrom="column">
              <wp:posOffset>41910</wp:posOffset>
            </wp:positionH>
            <wp:positionV relativeFrom="paragraph">
              <wp:posOffset>-58915</wp:posOffset>
            </wp:positionV>
            <wp:extent cx="680085" cy="852805"/>
            <wp:effectExtent l="0" t="0" r="5715" b="4445"/>
            <wp:wrapNone/>
            <wp:docPr id="10975314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31460" name="Obraz 10975314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5D8" w:rsidRPr="00420A03">
        <w:rPr>
          <w:rFonts w:ascii="Arial Nova" w:hAnsi="Arial Nova"/>
          <w:color w:val="auto"/>
        </w:rPr>
        <w:t>ANKIETA DLA MIESZKAŃCÓW</w:t>
      </w:r>
    </w:p>
    <w:p w14:paraId="074C19FB" w14:textId="3E990852" w:rsidR="00220ED3" w:rsidRPr="00420A03" w:rsidRDefault="00220ED3" w:rsidP="00220ED3">
      <w:pPr>
        <w:pStyle w:val="Formkicker"/>
        <w:keepNext/>
        <w:rPr>
          <w:rFonts w:ascii="Arial Nova" w:hAnsi="Arial Nova"/>
          <w:color w:val="auto"/>
        </w:rPr>
      </w:pPr>
    </w:p>
    <w:p w14:paraId="48334857" w14:textId="6CCB3D4A" w:rsidR="00925993" w:rsidRPr="00420A03" w:rsidRDefault="00925993" w:rsidP="00F00245">
      <w:pPr>
        <w:pStyle w:val="Tytu"/>
        <w:spacing w:line="360" w:lineRule="auto"/>
        <w:jc w:val="center"/>
        <w:rPr>
          <w:rFonts w:ascii="Arial Nova" w:hAnsi="Arial Nova" w:cs="Arial"/>
          <w:bCs/>
          <w:color w:val="auto"/>
          <w:sz w:val="28"/>
          <w:szCs w:val="28"/>
        </w:rPr>
      </w:pPr>
      <w:r w:rsidRPr="00420A03">
        <w:rPr>
          <w:rFonts w:ascii="Arial Nova" w:hAnsi="Arial Nova" w:cs="Arial"/>
          <w:bCs/>
          <w:color w:val="auto"/>
          <w:sz w:val="28"/>
          <w:szCs w:val="28"/>
        </w:rPr>
        <w:t>P</w:t>
      </w:r>
      <w:r w:rsidR="00607477" w:rsidRPr="00420A03">
        <w:rPr>
          <w:rFonts w:ascii="Arial Nova" w:hAnsi="Arial Nova" w:cs="Arial"/>
          <w:bCs/>
          <w:color w:val="auto"/>
          <w:sz w:val="28"/>
          <w:szCs w:val="28"/>
        </w:rPr>
        <w:t>lanowana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oferta</w:t>
      </w:r>
    </w:p>
    <w:p w14:paraId="406C94D5" w14:textId="5445BA41" w:rsidR="00925993" w:rsidRPr="00420A03" w:rsidRDefault="00925993" w:rsidP="00F00245">
      <w:pPr>
        <w:pStyle w:val="Tytu"/>
        <w:spacing w:line="360" w:lineRule="auto"/>
        <w:jc w:val="center"/>
        <w:rPr>
          <w:rFonts w:ascii="Arial Nova" w:hAnsi="Arial Nova" w:cs="Arial"/>
          <w:bCs/>
          <w:color w:val="auto"/>
          <w:sz w:val="28"/>
          <w:szCs w:val="28"/>
        </w:rPr>
      </w:pP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kulturalno-edukacyjna 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instytucji kultury:</w:t>
      </w:r>
    </w:p>
    <w:p w14:paraId="199AF008" w14:textId="20C499E5" w:rsidR="00D053D2" w:rsidRPr="00420A03" w:rsidRDefault="00925993" w:rsidP="00F00245">
      <w:pPr>
        <w:pStyle w:val="Tytu"/>
        <w:keepNext/>
        <w:spacing w:line="360" w:lineRule="auto"/>
        <w:jc w:val="center"/>
        <w:rPr>
          <w:rFonts w:ascii="Arial Nova" w:hAnsi="Arial Nova" w:cs="Arial"/>
          <w:bCs/>
          <w:color w:val="auto"/>
          <w:sz w:val="28"/>
          <w:szCs w:val="28"/>
        </w:rPr>
      </w:pPr>
      <w:r w:rsidRPr="00420A03">
        <w:rPr>
          <w:rFonts w:ascii="Arial Nova" w:hAnsi="Arial Nova" w:cs="Arial"/>
          <w:bCs/>
          <w:color w:val="auto"/>
          <w:sz w:val="28"/>
          <w:szCs w:val="28"/>
        </w:rPr>
        <w:t>Miejsko-Gminn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ego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Ośrodk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a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Kultury</w:t>
      </w:r>
      <w:r w:rsidR="008A4FE3"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wraz z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Muzeum im. T</w:t>
      </w:r>
      <w:r w:rsidR="00606A57" w:rsidRPr="00420A03">
        <w:rPr>
          <w:rFonts w:ascii="Arial Nova" w:hAnsi="Arial Nova" w:cs="Arial"/>
          <w:bCs/>
          <w:color w:val="auto"/>
          <w:sz w:val="28"/>
          <w:szCs w:val="28"/>
        </w:rPr>
        <w:t>adeusza Kościuszki</w:t>
      </w:r>
      <w:r w:rsidR="00F2412D"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>oraz Miejsko-Gminn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ej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Bibliotek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i</w:t>
      </w:r>
      <w:r w:rsidRPr="00420A03">
        <w:rPr>
          <w:rFonts w:ascii="Arial Nova" w:hAnsi="Arial Nova" w:cs="Arial"/>
          <w:bCs/>
          <w:color w:val="auto"/>
          <w:sz w:val="28"/>
          <w:szCs w:val="28"/>
        </w:rPr>
        <w:t xml:space="preserve"> Publiczn</w:t>
      </w:r>
      <w:r w:rsidR="005C5CB3" w:rsidRPr="00420A03">
        <w:rPr>
          <w:rFonts w:ascii="Arial Nova" w:hAnsi="Arial Nova" w:cs="Arial"/>
          <w:bCs/>
          <w:color w:val="auto"/>
          <w:sz w:val="28"/>
          <w:szCs w:val="28"/>
        </w:rPr>
        <w:t>ej</w:t>
      </w:r>
    </w:p>
    <w:p w14:paraId="664806D6" w14:textId="219E8C59" w:rsidR="005C5CB3" w:rsidRPr="00420A03" w:rsidRDefault="005C5CB3" w:rsidP="00F00245">
      <w:pPr>
        <w:pStyle w:val="Tytu"/>
        <w:spacing w:line="360" w:lineRule="auto"/>
        <w:jc w:val="center"/>
        <w:rPr>
          <w:rFonts w:ascii="Arial Nova" w:hAnsi="Arial Nova" w:cs="Arial"/>
          <w:bCs/>
          <w:color w:val="auto"/>
          <w:sz w:val="28"/>
          <w:szCs w:val="28"/>
        </w:rPr>
      </w:pPr>
      <w:r w:rsidRPr="00420A03">
        <w:rPr>
          <w:rFonts w:ascii="Arial Nova" w:hAnsi="Arial Nova" w:cs="Arial"/>
          <w:bCs/>
          <w:color w:val="auto"/>
          <w:sz w:val="28"/>
          <w:szCs w:val="28"/>
        </w:rPr>
        <w:t>w Maciejowicach</w:t>
      </w:r>
    </w:p>
    <w:p w14:paraId="7B67C6D0" w14:textId="63EEFC61" w:rsidR="00925993" w:rsidRPr="00420A03" w:rsidRDefault="005C5CB3" w:rsidP="00F00245">
      <w:pPr>
        <w:pStyle w:val="Podtytu"/>
        <w:keepNext/>
        <w:spacing w:line="360" w:lineRule="auto"/>
        <w:jc w:val="center"/>
        <w:rPr>
          <w:rFonts w:ascii="Arial Nova" w:hAnsi="Arial Nova"/>
          <w:color w:val="auto"/>
        </w:rPr>
      </w:pPr>
      <w:r w:rsidRPr="00420A03">
        <w:rPr>
          <w:rFonts w:ascii="Arial Nova" w:hAnsi="Arial Nova"/>
          <w:color w:val="auto"/>
        </w:rPr>
        <w:t>Dziedzictwo przeszłości</w:t>
      </w:r>
      <w:r w:rsidR="006125D8" w:rsidRPr="00420A03">
        <w:rPr>
          <w:rFonts w:ascii="Arial Nova" w:hAnsi="Arial Nova"/>
          <w:color w:val="auto"/>
        </w:rPr>
        <w:t xml:space="preserve"> i przyszła oferta kulturalno-edukacyjna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D053D2" w:rsidRPr="00420A03" w14:paraId="52575C70" w14:textId="77777777" w:rsidTr="00925993">
        <w:trPr>
          <w:cantSplit/>
          <w:jc w:val="center"/>
        </w:trPr>
        <w:tc>
          <w:tcPr>
            <w:tcW w:w="9978" w:type="dxa"/>
            <w:shd w:val="clear" w:color="auto" w:fill="F9CEC2" w:themeFill="accent1" w:themeFillTint="33"/>
            <w:tcMar>
              <w:top w:w="140" w:type="dxa"/>
              <w:left w:w="200" w:type="dxa"/>
              <w:bottom w:w="140" w:type="dxa"/>
              <w:right w:w="200" w:type="dxa"/>
            </w:tcMar>
            <w:vAlign w:val="center"/>
          </w:tcPr>
          <w:p w14:paraId="761A2E99" w14:textId="116A8B15" w:rsidR="00607477" w:rsidRPr="00420A03" w:rsidRDefault="006125D8" w:rsidP="00220ED3">
            <w:pPr>
              <w:pStyle w:val="Formintro"/>
              <w:keepNext/>
              <w:jc w:val="both"/>
              <w:rPr>
                <w:rFonts w:ascii="Arial Nova" w:hAnsi="Arial Nova"/>
                <w:color w:val="auto"/>
                <w:sz w:val="20"/>
                <w:szCs w:val="20"/>
              </w:rPr>
            </w:pP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Zapraszamy mieszkańców do udziału w konsultacjach dotyczących p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lanowanej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oferty kulturalno-edukacyjnej 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działających w Maciejowicach instytucji kultury: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Miejsko-Gminnego</w:t>
            </w:r>
            <w:r w:rsidR="00E80B76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Ośrodka Kultury, Muzeum im. Tadeusza Kościuszki oraz Miejsko-Gminnej Biblioteki Publicznej. </w:t>
            </w:r>
          </w:p>
          <w:p w14:paraId="0E19B428" w14:textId="00AB6EB9" w:rsidR="00D053D2" w:rsidRPr="00420A03" w:rsidRDefault="006125D8" w:rsidP="00220ED3">
            <w:pPr>
              <w:pStyle w:val="Formintro"/>
              <w:keepNext/>
              <w:jc w:val="both"/>
              <w:rPr>
                <w:rFonts w:ascii="Arial Nova" w:hAnsi="Arial Nova"/>
                <w:color w:val="auto"/>
                <w:sz w:val="20"/>
                <w:szCs w:val="20"/>
              </w:rPr>
            </w:pP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P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>lanowana oferta stanowi ważny element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projekt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u: </w:t>
            </w:r>
            <w:r w:rsidR="00607477" w:rsidRPr="005460B9">
              <w:rPr>
                <w:rFonts w:ascii="Arial Nova" w:hAnsi="Arial Nova"/>
                <w:b/>
                <w:bCs/>
                <w:color w:val="auto"/>
                <w:sz w:val="20"/>
                <w:szCs w:val="20"/>
              </w:rPr>
              <w:t>„Maciejowice – dziedzictwo przeszłości, dzieło wspólnoty”</w:t>
            </w:r>
            <w:r w:rsidR="005460B9">
              <w:rPr>
                <w:rFonts w:ascii="Arial Nova" w:hAnsi="Arial Nova"/>
                <w:b/>
                <w:bCs/>
                <w:color w:val="auto"/>
                <w:sz w:val="20"/>
                <w:szCs w:val="20"/>
              </w:rPr>
              <w:t xml:space="preserve">. </w:t>
            </w:r>
            <w:r w:rsidR="005460B9" w:rsidRPr="005460B9">
              <w:rPr>
                <w:rFonts w:ascii="Arial Nova" w:hAnsi="Arial Nova"/>
                <w:color w:val="auto"/>
                <w:sz w:val="20"/>
                <w:szCs w:val="20"/>
              </w:rPr>
              <w:t xml:space="preserve">Projekt 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 xml:space="preserve">obejmuje kompleksową przebudowę zabytkowego ratusza, 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>będąc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>ego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siedzibą ww.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> 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>instytucji kultury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>,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w celu zapewnienia jak najlepszych warunków do 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 xml:space="preserve">prowadzenia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działalności kulturalnej i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> 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edukacyjnej</w:t>
            </w:r>
            <w:r w:rsidR="005460B9">
              <w:rPr>
                <w:rFonts w:ascii="Arial Nova" w:hAnsi="Arial Nova"/>
                <w:color w:val="auto"/>
                <w:sz w:val="20"/>
                <w:szCs w:val="20"/>
              </w:rPr>
              <w:t>,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związanej z lokalną historią, tradycjami i dziedzictwem.</w:t>
            </w:r>
          </w:p>
          <w:p w14:paraId="0B210C6B" w14:textId="1C4A96B5" w:rsidR="00D053D2" w:rsidRPr="00420A03" w:rsidRDefault="00CF63A5" w:rsidP="005067E4">
            <w:pPr>
              <w:pStyle w:val="Formintro"/>
              <w:keepNext/>
              <w:jc w:val="both"/>
              <w:rPr>
                <w:rFonts w:ascii="Arial Nova" w:hAnsi="Arial Nova"/>
                <w:color w:val="auto"/>
                <w:sz w:val="20"/>
                <w:szCs w:val="20"/>
              </w:rPr>
            </w:pP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Proponowane tematy to m.in. historia </w:t>
            </w:r>
            <w:r w:rsidR="00AB6EAA">
              <w:rPr>
                <w:rFonts w:ascii="Arial Nova" w:hAnsi="Arial Nova"/>
                <w:color w:val="auto"/>
                <w:sz w:val="20"/>
                <w:szCs w:val="20"/>
              </w:rPr>
              <w:t xml:space="preserve">miasta i gminny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Maciejowic</w:t>
            </w:r>
            <w:r w:rsidR="00AB6EAA">
              <w:rPr>
                <w:rFonts w:ascii="Arial Nova" w:hAnsi="Arial Nova"/>
                <w:color w:val="auto"/>
                <w:sz w:val="20"/>
                <w:szCs w:val="20"/>
              </w:rPr>
              <w:t>e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, Tadeusz Kościuszko i Bitwa pod Maciejowicami, tradycje Powiśla Maciejowickiego, tradycyjne rzemiosło</w:t>
            </w:r>
            <w:r w:rsidR="00AB6EAA">
              <w:rPr>
                <w:rFonts w:ascii="Arial Nova" w:hAnsi="Arial Nova"/>
                <w:color w:val="auto"/>
                <w:sz w:val="20"/>
                <w:szCs w:val="20"/>
              </w:rPr>
              <w:t>, kultura ludowa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,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wspomnienia mieszkańców</w:t>
            </w:r>
            <w:r w:rsidR="00607477" w:rsidRPr="00420A03">
              <w:rPr>
                <w:rFonts w:ascii="Arial Nova" w:hAnsi="Arial Nova"/>
                <w:color w:val="auto"/>
                <w:sz w:val="20"/>
                <w:szCs w:val="20"/>
              </w:rPr>
              <w:t>,</w:t>
            </w:r>
            <w:r w:rsidR="005C5CB3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zrównoważony rozwój i rozwój świadomości konsumenckiej i ekologicznej wspólnoty. 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Chcemy poznać Państwa opinię o tych propozycjach i pomysły na inne tematy, wydarzenia i zajęcia.</w:t>
            </w:r>
          </w:p>
          <w:p w14:paraId="2DA30F98" w14:textId="77777777" w:rsidR="00EF3910" w:rsidRPr="00420A03" w:rsidRDefault="00CF63A5" w:rsidP="005067E4">
            <w:pPr>
              <w:pStyle w:val="Formintro"/>
              <w:keepNext/>
              <w:spacing w:after="0"/>
              <w:jc w:val="both"/>
              <w:rPr>
                <w:rFonts w:ascii="Arial Nova" w:hAnsi="Arial Nova"/>
                <w:color w:val="auto"/>
                <w:sz w:val="20"/>
                <w:szCs w:val="20"/>
              </w:rPr>
            </w:pP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Państwa odpowiedzi pomogą przygotować ofertę MGOK</w:t>
            </w:r>
            <w:r w:rsidR="00EF3910"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wraz</w:t>
            </w: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 xml:space="preserve"> Muzeum i Biblioteki realizowaną po zakończeniu projektu. </w:t>
            </w:r>
          </w:p>
          <w:p w14:paraId="0DE62CF5" w14:textId="32A2E11E" w:rsidR="00D053D2" w:rsidRPr="00420A03" w:rsidRDefault="00CF63A5" w:rsidP="005067E4">
            <w:pPr>
              <w:pStyle w:val="Formintro"/>
              <w:keepNext/>
              <w:spacing w:after="0"/>
              <w:jc w:val="both"/>
              <w:rPr>
                <w:rFonts w:ascii="Arial Nova" w:hAnsi="Arial Nova"/>
                <w:color w:val="auto"/>
              </w:rPr>
            </w:pPr>
            <w:r w:rsidRPr="00420A03">
              <w:rPr>
                <w:rFonts w:ascii="Arial Nova" w:hAnsi="Arial Nova"/>
                <w:color w:val="auto"/>
                <w:sz w:val="20"/>
                <w:szCs w:val="20"/>
              </w:rPr>
              <w:t>Opublikujemy podsumowanie konsultacji oraz informację o tym, jak wykorzystano zgłoszone propozycje.</w:t>
            </w:r>
          </w:p>
        </w:tc>
      </w:tr>
    </w:tbl>
    <w:p w14:paraId="7C821FAF" w14:textId="77777777" w:rsidR="00D053D2" w:rsidRPr="00420A03" w:rsidRDefault="00D053D2">
      <w:pPr>
        <w:pStyle w:val="Formspacer"/>
        <w:keepNext/>
        <w:spacing w:line="140" w:lineRule="exact"/>
        <w:rPr>
          <w:rFonts w:ascii="Arial Nova" w:hAnsi="Arial Nova"/>
          <w:color w:val="auto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D053D2" w:rsidRPr="00420A03" w14:paraId="3B6158E8" w14:textId="77777777" w:rsidTr="00220ED3">
        <w:trPr>
          <w:cantSplit/>
          <w:jc w:val="center"/>
        </w:trPr>
        <w:tc>
          <w:tcPr>
            <w:tcW w:w="9978" w:type="dxa"/>
            <w:shd w:val="clear" w:color="auto" w:fill="F0E4DA" w:themeFill="accent6" w:themeFillTint="33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2706651A" w14:textId="77777777" w:rsidR="00D053D2" w:rsidRPr="00420A03" w:rsidRDefault="006125D8">
            <w:pPr>
              <w:pStyle w:val="Formnote"/>
              <w:keepNext/>
              <w:rPr>
                <w:rFonts w:ascii="Arial Nova" w:hAnsi="Arial Nova"/>
                <w:color w:val="auto"/>
              </w:rPr>
            </w:pPr>
            <w:r w:rsidRPr="00420A03">
              <w:rPr>
                <w:rFonts w:ascii="Arial Nova" w:hAnsi="Arial Nova"/>
                <w:b/>
                <w:color w:val="auto"/>
              </w:rPr>
              <w:t xml:space="preserve">8–10 minut  </w:t>
            </w:r>
            <w:r w:rsidRPr="00420A03">
              <w:rPr>
                <w:rFonts w:ascii="Arial Nova" w:hAnsi="Arial Nova"/>
                <w:color w:val="auto"/>
              </w:rPr>
              <w:t>Prosimy o zaznaczanie odpowiedzi zgodnie z instrukcjami przy poszczególnych pytaniach.</w:t>
            </w:r>
          </w:p>
        </w:tc>
      </w:tr>
    </w:tbl>
    <w:p w14:paraId="0302F9C8" w14:textId="77777777" w:rsidR="00D053D2" w:rsidRPr="00420A03" w:rsidRDefault="00D053D2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8A4FE3" w:rsidRPr="00420A03" w14:paraId="53F954F3" w14:textId="77777777" w:rsidTr="00E43C9F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7EEC3A06" w14:textId="77777777" w:rsidR="008A4FE3" w:rsidRPr="00420A03" w:rsidRDefault="008A4FE3" w:rsidP="00E43C9F">
            <w:pPr>
              <w:pStyle w:val="Formnumber"/>
              <w:keepNext/>
              <w:jc w:val="center"/>
              <w:rPr>
                <w:rFonts w:ascii="Arial Nova" w:hAnsi="Arial Nova"/>
                <w:color w:val="auto"/>
              </w:rPr>
            </w:pPr>
          </w:p>
        </w:tc>
        <w:tc>
          <w:tcPr>
            <w:tcW w:w="9383" w:type="dxa"/>
            <w:shd w:val="clear" w:color="auto" w:fill="F9CEC2" w:themeFill="accent1" w:themeFillTint="33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477AFAEE" w14:textId="53E91758" w:rsidR="008A4FE3" w:rsidRPr="00420A03" w:rsidRDefault="008A4FE3" w:rsidP="00E43C9F">
            <w:pPr>
              <w:pStyle w:val="Formsection"/>
              <w:keepNext/>
              <w:rPr>
                <w:rFonts w:ascii="Arial Nova" w:hAnsi="Arial Nova"/>
                <w:color w:val="auto"/>
                <w:szCs w:val="28"/>
              </w:rPr>
            </w:pPr>
            <w:r w:rsidRPr="00420A03">
              <w:rPr>
                <w:rFonts w:ascii="Arial Nova" w:hAnsi="Arial Nova"/>
                <w:color w:val="auto"/>
                <w:szCs w:val="28"/>
              </w:rPr>
              <w:t>Dziedzictwo i lokalna historia</w:t>
            </w:r>
          </w:p>
        </w:tc>
      </w:tr>
    </w:tbl>
    <w:p w14:paraId="469DDA36" w14:textId="77777777" w:rsidR="008A4FE3" w:rsidRPr="00420A03" w:rsidRDefault="008A4FE3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p w14:paraId="55EAB59D" w14:textId="77777777" w:rsidR="008A4FE3" w:rsidRPr="00420A03" w:rsidRDefault="008A4FE3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375B25" w:rsidRPr="00420A03" w14:paraId="738D15C8" w14:textId="77777777" w:rsidTr="008B1633">
        <w:trPr>
          <w:cantSplit/>
          <w:trHeight w:val="375"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E7E26D8" w14:textId="4440FF76" w:rsidR="00375B25" w:rsidRPr="00420A03" w:rsidRDefault="00375B25" w:rsidP="008B1633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1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78A52BC5" w14:textId="00426EE5" w:rsidR="00375B25" w:rsidRPr="00420A03" w:rsidRDefault="00375B25" w:rsidP="008B1633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Które elementy dziedzictwa i historii </w:t>
            </w:r>
            <w:r w:rsidR="00AB6EAA">
              <w:rPr>
                <w:rFonts w:ascii="Arial Nova" w:hAnsi="Arial Nova"/>
                <w:color w:val="auto"/>
                <w:sz w:val="22"/>
              </w:rPr>
              <w:t xml:space="preserve">miasta i gminy </w:t>
            </w:r>
            <w:r w:rsidRPr="00420A03">
              <w:rPr>
                <w:rFonts w:ascii="Arial Nova" w:hAnsi="Arial Nova"/>
                <w:color w:val="auto"/>
                <w:sz w:val="22"/>
              </w:rPr>
              <w:t>Maciejowic</w:t>
            </w:r>
            <w:r w:rsidR="00AB6EAA">
              <w:rPr>
                <w:rFonts w:ascii="Arial Nova" w:hAnsi="Arial Nova"/>
                <w:color w:val="auto"/>
                <w:sz w:val="22"/>
              </w:rPr>
              <w:t>e</w:t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 są Twoim zdaniem szczególnie ważne dla tożsamości miasta i gminy?</w:t>
            </w:r>
          </w:p>
        </w:tc>
      </w:tr>
    </w:tbl>
    <w:p w14:paraId="019E3D9C" w14:textId="50E8CE1E" w:rsidR="00375B25" w:rsidRPr="00420A03" w:rsidRDefault="00375B25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p w14:paraId="7C6D105E" w14:textId="77777777" w:rsidR="00375B25" w:rsidRPr="00420A03" w:rsidRDefault="00375B25" w:rsidP="00375B2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Wskaż maksymalnie trzy najważniejsze dla Ciebie odpowiedzi. </w:t>
      </w:r>
    </w:p>
    <w:p w14:paraId="7F19E872" w14:textId="77777777" w:rsidR="00375B25" w:rsidRPr="00420A03" w:rsidRDefault="00375B25" w:rsidP="00375B2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Jeśli wybierasz odpowiedź „trudno powiedzieć”, nie zaznaczaj innych odpowiedzi.</w:t>
      </w:r>
    </w:p>
    <w:p w14:paraId="1FF758D3" w14:textId="5C7F2D04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zabytkowy ratusz i historyczna zabudowa </w:t>
      </w:r>
      <w:r w:rsidR="00AB6EAA">
        <w:rPr>
          <w:rFonts w:ascii="Arial Nova" w:hAnsi="Arial Nova"/>
          <w:color w:val="auto"/>
          <w:sz w:val="22"/>
        </w:rPr>
        <w:t xml:space="preserve">gminy </w:t>
      </w:r>
    </w:p>
    <w:p w14:paraId="6F17506B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Insurekcja Kościuszkowska i Bitwa pod Maciejowicami</w:t>
      </w:r>
    </w:p>
    <w:p w14:paraId="6C751ACB" w14:textId="595E53A0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</w:r>
      <w:r w:rsidR="00F00245">
        <w:rPr>
          <w:rFonts w:ascii="Arial Nova" w:hAnsi="Arial Nova"/>
          <w:color w:val="auto"/>
          <w:sz w:val="22"/>
        </w:rPr>
        <w:t xml:space="preserve">rzeka </w:t>
      </w:r>
      <w:r w:rsidRPr="00420A03">
        <w:rPr>
          <w:rFonts w:ascii="Arial Nova" w:hAnsi="Arial Nova"/>
          <w:color w:val="auto"/>
          <w:sz w:val="22"/>
        </w:rPr>
        <w:t xml:space="preserve">Wisła, nadwiślański krajobraz i </w:t>
      </w:r>
      <w:r w:rsidR="003C6572">
        <w:rPr>
          <w:rFonts w:ascii="Arial Nova" w:hAnsi="Arial Nova"/>
          <w:color w:val="auto"/>
          <w:sz w:val="22"/>
        </w:rPr>
        <w:t xml:space="preserve">obrzędy </w:t>
      </w:r>
      <w:r w:rsidRPr="00420A03">
        <w:rPr>
          <w:rFonts w:ascii="Arial Nova" w:hAnsi="Arial Nova"/>
          <w:color w:val="auto"/>
          <w:sz w:val="22"/>
        </w:rPr>
        <w:t>Powiśla Maciejowickiego</w:t>
      </w:r>
    </w:p>
    <w:p w14:paraId="6391DCBF" w14:textId="26B68128" w:rsidR="00375B25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ważne postacie związane z historią </w:t>
      </w:r>
      <w:r w:rsidR="00AB6EAA">
        <w:rPr>
          <w:rFonts w:ascii="Arial Nova" w:hAnsi="Arial Nova"/>
          <w:color w:val="auto"/>
          <w:sz w:val="22"/>
        </w:rPr>
        <w:t xml:space="preserve">miasta i gminy </w:t>
      </w:r>
      <w:r w:rsidRPr="00420A03">
        <w:rPr>
          <w:rFonts w:ascii="Arial Nova" w:hAnsi="Arial Nova"/>
          <w:color w:val="auto"/>
          <w:sz w:val="22"/>
        </w:rPr>
        <w:t>Maciejowic</w:t>
      </w:r>
      <w:r w:rsidR="00AB6EAA">
        <w:rPr>
          <w:rFonts w:ascii="Arial Nova" w:hAnsi="Arial Nova"/>
          <w:color w:val="auto"/>
          <w:sz w:val="22"/>
        </w:rPr>
        <w:t>e</w:t>
      </w:r>
      <w:r w:rsidR="00F00245">
        <w:rPr>
          <w:rFonts w:ascii="Arial Nova" w:hAnsi="Arial Nova"/>
          <w:color w:val="auto"/>
          <w:sz w:val="22"/>
        </w:rPr>
        <w:t>:</w:t>
      </w:r>
      <w:r w:rsidRPr="00420A03">
        <w:rPr>
          <w:rFonts w:ascii="Arial Nova" w:hAnsi="Arial Nova"/>
          <w:color w:val="auto"/>
          <w:sz w:val="22"/>
        </w:rPr>
        <w:t xml:space="preserve"> Tadeusz Kościuszko</w:t>
      </w:r>
      <w:r w:rsidR="00F00245">
        <w:rPr>
          <w:rFonts w:ascii="Arial Nova" w:hAnsi="Arial Nova"/>
          <w:color w:val="auto"/>
          <w:sz w:val="22"/>
        </w:rPr>
        <w:t>, Rodzina Zamoyskich</w:t>
      </w:r>
      <w:r w:rsidR="00A74DF9">
        <w:rPr>
          <w:rFonts w:ascii="Arial Nova" w:hAnsi="Arial Nova"/>
          <w:color w:val="auto"/>
          <w:sz w:val="22"/>
        </w:rPr>
        <w:t xml:space="preserve">, </w:t>
      </w:r>
    </w:p>
    <w:p w14:paraId="5155C66F" w14:textId="2C936C60" w:rsidR="003C6572" w:rsidRPr="00420A03" w:rsidRDefault="003C6572" w:rsidP="003C6572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</w:r>
      <w:r>
        <w:rPr>
          <w:rFonts w:ascii="Arial Nova" w:hAnsi="Arial Nova"/>
          <w:color w:val="auto"/>
          <w:sz w:val="22"/>
        </w:rPr>
        <w:t>tradycja muzyki i tańca ludowego Powiśla Maciejowickiego</w:t>
      </w:r>
    </w:p>
    <w:p w14:paraId="6DCE8717" w14:textId="4935CFD2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lokalna sztuka, wzornictwo i przedmioty codziennego użytku związane z historią </w:t>
      </w:r>
      <w:r w:rsidR="00AB6EAA">
        <w:rPr>
          <w:rFonts w:ascii="Arial Nova" w:hAnsi="Arial Nova"/>
          <w:color w:val="auto"/>
          <w:sz w:val="22"/>
        </w:rPr>
        <w:t xml:space="preserve">miasta i gminy </w:t>
      </w:r>
      <w:r w:rsidRPr="00420A03">
        <w:rPr>
          <w:rFonts w:ascii="Arial Nova" w:hAnsi="Arial Nova"/>
          <w:color w:val="auto"/>
          <w:sz w:val="22"/>
        </w:rPr>
        <w:t>Maciejowic</w:t>
      </w:r>
      <w:r w:rsidR="00AB6EAA">
        <w:rPr>
          <w:rFonts w:ascii="Arial Nova" w:hAnsi="Arial Nova"/>
          <w:color w:val="auto"/>
          <w:sz w:val="22"/>
        </w:rPr>
        <w:t>e</w:t>
      </w:r>
    </w:p>
    <w:p w14:paraId="2721794A" w14:textId="29270179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lokalne zwyczaje, tradycje</w:t>
      </w:r>
      <w:r w:rsidR="00A74DF9">
        <w:rPr>
          <w:rFonts w:ascii="Arial Nova" w:hAnsi="Arial Nova"/>
          <w:color w:val="auto"/>
          <w:sz w:val="22"/>
        </w:rPr>
        <w:t xml:space="preserve"> i obrzędy</w:t>
      </w:r>
      <w:r w:rsidRPr="00420A03">
        <w:rPr>
          <w:rFonts w:ascii="Arial Nova" w:hAnsi="Arial Nova"/>
          <w:color w:val="auto"/>
          <w:sz w:val="22"/>
        </w:rPr>
        <w:t>, opowieści i wspomnienia przekazywane między pokoleniami</w:t>
      </w:r>
    </w:p>
    <w:p w14:paraId="4A36D024" w14:textId="2E582063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wiedza i umiejętności związane z tradycyjnym rzemiosłem</w:t>
      </w:r>
    </w:p>
    <w:p w14:paraId="33EA7FC0" w14:textId="77777777" w:rsidR="00375B25" w:rsidRDefault="00375B25" w:rsidP="00375B25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122961DA" w14:textId="77777777" w:rsidR="003C6572" w:rsidRPr="00420A03" w:rsidRDefault="003C6572" w:rsidP="003C6572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inne – jakie? ........................................</w:t>
      </w:r>
    </w:p>
    <w:p w14:paraId="55149873" w14:textId="77777777" w:rsidR="003C6572" w:rsidRPr="00420A03" w:rsidRDefault="003C6572" w:rsidP="00375B25">
      <w:pPr>
        <w:pStyle w:val="Formoption"/>
        <w:rPr>
          <w:rFonts w:ascii="Arial Nova" w:hAnsi="Arial Nova"/>
          <w:color w:val="auto"/>
          <w:sz w:val="22"/>
        </w:rPr>
      </w:pPr>
    </w:p>
    <w:p w14:paraId="611C9FC6" w14:textId="77777777" w:rsidR="00375B25" w:rsidRDefault="00375B25" w:rsidP="00375B25">
      <w:pPr>
        <w:pStyle w:val="Formoption"/>
        <w:rPr>
          <w:rFonts w:ascii="Arial Nova" w:hAnsi="Arial Nova"/>
          <w:color w:val="auto"/>
          <w:sz w:val="22"/>
        </w:rPr>
      </w:pPr>
    </w:p>
    <w:p w14:paraId="5F5F2D89" w14:textId="7508B0F8" w:rsidR="002017E2" w:rsidRPr="002017E2" w:rsidRDefault="002017E2" w:rsidP="002017E2">
      <w:pPr>
        <w:tabs>
          <w:tab w:val="left" w:pos="8415"/>
          <w:tab w:val="right" w:pos="10093"/>
        </w:tabs>
      </w:pPr>
      <w:r>
        <w:tab/>
      </w:r>
      <w:r>
        <w:tab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375B25" w:rsidRPr="00420A03" w14:paraId="03FD93EF" w14:textId="77777777" w:rsidTr="00116CF9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633C031" w14:textId="4F808DD6" w:rsidR="00375B25" w:rsidRPr="00420A03" w:rsidRDefault="00375B25" w:rsidP="00116CF9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2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A60F0AA" w14:textId="77777777" w:rsidR="00375B25" w:rsidRPr="00420A03" w:rsidRDefault="00375B25" w:rsidP="00116CF9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Czy uważasz, że promowanie lokalnej historii, tradycji i dziedzictwa jest ważne dla rozwoju Maciejowic?</w:t>
            </w:r>
          </w:p>
        </w:tc>
      </w:tr>
    </w:tbl>
    <w:p w14:paraId="3220FA10" w14:textId="77777777" w:rsidR="00375B25" w:rsidRPr="00420A03" w:rsidRDefault="00375B25" w:rsidP="00375B2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Zaznacz jedną odpowiedź.</w:t>
      </w:r>
    </w:p>
    <w:p w14:paraId="3626012B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zdecydowanie tak</w:t>
      </w:r>
    </w:p>
    <w:p w14:paraId="6B07A1CA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raczej tak</w:t>
      </w:r>
    </w:p>
    <w:p w14:paraId="1ED6B40D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raczej nie</w:t>
      </w:r>
    </w:p>
    <w:p w14:paraId="2DC61F54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zdecydowanie nie</w:t>
      </w:r>
    </w:p>
    <w:p w14:paraId="7BBCFB01" w14:textId="11CE22C9" w:rsidR="00375B25" w:rsidRPr="00420A03" w:rsidRDefault="00375B25" w:rsidP="00375B25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24351F30" w14:textId="77777777" w:rsidR="00D053D2" w:rsidRPr="00420A03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21D1C44B" w14:textId="77777777" w:rsidTr="00220ED3">
        <w:trPr>
          <w:cantSplit/>
          <w:trHeight w:val="524"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24FA2A64" w14:textId="5F42597C" w:rsidR="00B67226" w:rsidRPr="00420A03" w:rsidRDefault="00375B25" w:rsidP="00220ED3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3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2C39006B" w14:textId="1085BC09" w:rsidR="00D053D2" w:rsidRPr="00420A03" w:rsidRDefault="006125D8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Jak oceniasz swoją znajomość lokalnej historii, tradycji oraz postaci związanych </w:t>
            </w:r>
            <w:r w:rsidR="00375B25" w:rsidRPr="00420A03">
              <w:rPr>
                <w:rFonts w:ascii="Arial Nova" w:hAnsi="Arial Nova"/>
                <w:color w:val="auto"/>
                <w:sz w:val="22"/>
              </w:rPr>
              <w:br/>
            </w:r>
            <w:r w:rsidRPr="00420A03">
              <w:rPr>
                <w:rFonts w:ascii="Arial Nova" w:hAnsi="Arial Nova"/>
                <w:color w:val="auto"/>
                <w:sz w:val="22"/>
              </w:rPr>
              <w:t>z Maciejowicami?</w:t>
            </w:r>
          </w:p>
        </w:tc>
      </w:tr>
    </w:tbl>
    <w:p w14:paraId="281DFC2A" w14:textId="05D4EB97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Zaznacz jedną odpowiedź.</w:t>
      </w:r>
    </w:p>
    <w:p w14:paraId="215FA6D5" w14:textId="0AE26A7C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bardzo dobrze – znam wiele </w:t>
      </w:r>
      <w:r w:rsidR="00F00245">
        <w:rPr>
          <w:rFonts w:ascii="Arial Nova" w:hAnsi="Arial Nova"/>
          <w:color w:val="auto"/>
          <w:sz w:val="22"/>
        </w:rPr>
        <w:t xml:space="preserve">faktów </w:t>
      </w:r>
      <w:r w:rsidRPr="00420A03">
        <w:rPr>
          <w:rFonts w:ascii="Arial Nova" w:hAnsi="Arial Nova"/>
          <w:color w:val="auto"/>
          <w:sz w:val="22"/>
        </w:rPr>
        <w:t>histor</w:t>
      </w:r>
      <w:r w:rsidR="00F00245">
        <w:rPr>
          <w:rFonts w:ascii="Arial Nova" w:hAnsi="Arial Nova"/>
          <w:color w:val="auto"/>
          <w:sz w:val="22"/>
        </w:rPr>
        <w:t>ycznych</w:t>
      </w:r>
      <w:r w:rsidRPr="00420A03">
        <w:rPr>
          <w:rFonts w:ascii="Arial Nova" w:hAnsi="Arial Nova"/>
          <w:color w:val="auto"/>
          <w:sz w:val="22"/>
        </w:rPr>
        <w:t>, postaci</w:t>
      </w:r>
      <w:r w:rsidR="00F00245">
        <w:rPr>
          <w:rFonts w:ascii="Arial Nova" w:hAnsi="Arial Nova"/>
          <w:color w:val="auto"/>
          <w:sz w:val="22"/>
        </w:rPr>
        <w:t xml:space="preserve"> oraz tradycji</w:t>
      </w:r>
    </w:p>
    <w:p w14:paraId="6D900F78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raczej dobrze – znam część z nich</w:t>
      </w:r>
    </w:p>
    <w:p w14:paraId="4AAE637B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niewiele o nich wiem</w:t>
      </w:r>
    </w:p>
    <w:p w14:paraId="0222CEFE" w14:textId="0F6FD5A6" w:rsidR="00375B25" w:rsidRDefault="006125D8" w:rsidP="00375B25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praktycznie ich nie znam</w:t>
      </w:r>
    </w:p>
    <w:p w14:paraId="5B41B18E" w14:textId="77777777" w:rsidR="00D053D2" w:rsidRPr="00420A03" w:rsidRDefault="00D053D2">
      <w:pPr>
        <w:pStyle w:val="Formspacer"/>
        <w:keepNext/>
        <w:spacing w:line="20" w:lineRule="exact"/>
        <w:rPr>
          <w:rFonts w:ascii="Arial Nova" w:hAnsi="Arial Nova"/>
          <w:color w:val="auto"/>
          <w:sz w:val="22"/>
        </w:rPr>
      </w:pPr>
    </w:p>
    <w:p w14:paraId="591B2D57" w14:textId="77777777" w:rsidR="00D053D2" w:rsidRPr="00420A03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56E1001C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2A74D15" w14:textId="24C0F932" w:rsidR="00B67226" w:rsidRPr="00420A03" w:rsidRDefault="00375B25" w:rsidP="00375B25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4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744D660" w14:textId="4E512FAB" w:rsidR="00D053D2" w:rsidRPr="00420A03" w:rsidRDefault="006125D8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Jakie lokalne </w:t>
            </w:r>
            <w:r w:rsidR="00F00245">
              <w:rPr>
                <w:rFonts w:ascii="Arial Nova" w:hAnsi="Arial Nova"/>
                <w:color w:val="auto"/>
                <w:sz w:val="22"/>
              </w:rPr>
              <w:t xml:space="preserve">walory, postacie </w:t>
            </w:r>
            <w:r w:rsidRPr="00420A03">
              <w:rPr>
                <w:rFonts w:ascii="Arial Nova" w:hAnsi="Arial Nova"/>
                <w:color w:val="auto"/>
                <w:sz w:val="22"/>
              </w:rPr>
              <w:t>histo</w:t>
            </w:r>
            <w:r w:rsidR="00F00245">
              <w:rPr>
                <w:rFonts w:ascii="Arial Nova" w:hAnsi="Arial Nova"/>
                <w:color w:val="auto"/>
                <w:sz w:val="22"/>
              </w:rPr>
              <w:t>ryczne</w:t>
            </w:r>
            <w:r w:rsidRPr="00420A03">
              <w:rPr>
                <w:rFonts w:ascii="Arial Nova" w:hAnsi="Arial Nova"/>
                <w:color w:val="auto"/>
                <w:sz w:val="22"/>
              </w:rPr>
              <w:t>, tradycje, zwyczaje, umiejętności</w:t>
            </w:r>
            <w:r w:rsidR="002F7E6E" w:rsidRPr="00420A03">
              <w:rPr>
                <w:rFonts w:ascii="Arial Nova" w:hAnsi="Arial Nova"/>
                <w:color w:val="auto"/>
                <w:sz w:val="22"/>
              </w:rPr>
              <w:t xml:space="preserve"> </w:t>
            </w:r>
            <w:r w:rsidRPr="00420A03">
              <w:rPr>
                <w:rFonts w:ascii="Arial Nova" w:hAnsi="Arial Nova"/>
                <w:color w:val="auto"/>
                <w:sz w:val="22"/>
              </w:rPr>
              <w:t>powinny zostać uwzględnione w p</w:t>
            </w:r>
            <w:r w:rsidR="00F00245">
              <w:rPr>
                <w:rFonts w:ascii="Arial Nova" w:hAnsi="Arial Nova"/>
                <w:color w:val="auto"/>
                <w:sz w:val="22"/>
              </w:rPr>
              <w:t xml:space="preserve">lanowanej </w:t>
            </w:r>
            <w:r w:rsidRPr="00420A03">
              <w:rPr>
                <w:rFonts w:ascii="Arial Nova" w:hAnsi="Arial Nova"/>
                <w:color w:val="auto"/>
                <w:sz w:val="22"/>
              </w:rPr>
              <w:t>ofercie MGOK</w:t>
            </w:r>
            <w:r w:rsidR="00F00245">
              <w:rPr>
                <w:rFonts w:ascii="Arial Nova" w:hAnsi="Arial Nova"/>
                <w:color w:val="auto"/>
                <w:sz w:val="22"/>
              </w:rPr>
              <w:t xml:space="preserve"> i</w:t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 Muzeum</w:t>
            </w:r>
            <w:r w:rsidR="00F00245">
              <w:rPr>
                <w:rFonts w:ascii="Arial Nova" w:hAnsi="Arial Nova"/>
                <w:color w:val="auto"/>
                <w:sz w:val="22"/>
              </w:rPr>
              <w:t xml:space="preserve"> oraz </w:t>
            </w:r>
            <w:r w:rsidRPr="00420A03">
              <w:rPr>
                <w:rFonts w:ascii="Arial Nova" w:hAnsi="Arial Nova"/>
                <w:color w:val="auto"/>
                <w:sz w:val="22"/>
              </w:rPr>
              <w:t>Biblioteki w</w:t>
            </w:r>
            <w:r w:rsidR="003C6572">
              <w:rPr>
                <w:rFonts w:ascii="Arial Nova" w:hAnsi="Arial Nova"/>
                <w:color w:val="auto"/>
                <w:sz w:val="22"/>
              </w:rPr>
              <w:t> </w:t>
            </w:r>
            <w:r w:rsidRPr="00420A03">
              <w:rPr>
                <w:rFonts w:ascii="Arial Nova" w:hAnsi="Arial Nova"/>
                <w:color w:val="auto"/>
                <w:sz w:val="22"/>
              </w:rPr>
              <w:t>Maciejowicach? Podaj swoje propozycje.</w:t>
            </w:r>
          </w:p>
        </w:tc>
      </w:tr>
    </w:tbl>
    <w:p w14:paraId="10CE1DD9" w14:textId="77777777" w:rsidR="00D053D2" w:rsidRPr="00420A03" w:rsidRDefault="006125D8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4E5BC1FB" w14:textId="77777777" w:rsidR="00D053D2" w:rsidRPr="00420A03" w:rsidRDefault="006125D8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312DA435" w14:textId="77777777" w:rsidR="00D053D2" w:rsidRPr="00420A03" w:rsidRDefault="006125D8">
      <w:pPr>
        <w:pStyle w:val="Formfield"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160FC53C" w14:textId="77777777" w:rsidR="00D053D2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p w14:paraId="7DBAB3F4" w14:textId="77777777" w:rsidR="00D55861" w:rsidRDefault="00D55861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p w14:paraId="703E02CE" w14:textId="77777777" w:rsidR="00D55861" w:rsidRDefault="00D55861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55861" w:rsidRPr="00420A03" w14:paraId="0CCDDF18" w14:textId="77777777" w:rsidTr="00473465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3E467A91" w14:textId="50F44B4C" w:rsidR="00D55861" w:rsidRPr="00420A03" w:rsidRDefault="00D55861" w:rsidP="00473465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5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30D8EB76" w14:textId="5EFB7332" w:rsidR="00D55861" w:rsidRPr="00420A03" w:rsidRDefault="00D55861" w:rsidP="00D55861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>
              <w:rPr>
                <w:rFonts w:ascii="Arial Nova" w:hAnsi="Arial Nova"/>
                <w:color w:val="auto"/>
                <w:sz w:val="22"/>
              </w:rPr>
              <w:t xml:space="preserve">Czy Twoim zdaniem wprowadzenie do oferty MGOK możliwości wirtualnego zwiedzania Muzeum Tadeusza Kościuszki oraz poprzez udostępnione miejsce z monitorem do wyświetlania ścieżki zwiedzania będzie elementem wzmacniającym dostępność do zasobów kultury i spotka się z zainteresowaniem? </w:t>
            </w:r>
          </w:p>
        </w:tc>
      </w:tr>
    </w:tbl>
    <w:p w14:paraId="74676646" w14:textId="09935591" w:rsidR="00D55861" w:rsidRPr="00D55861" w:rsidRDefault="00D55861" w:rsidP="00D55861">
      <w:pPr>
        <w:pStyle w:val="Formoption"/>
        <w:keepNext/>
        <w:rPr>
          <w:rFonts w:ascii="Calibri" w:hAnsi="Calibri" w:cs="Calibri"/>
          <w:color w:val="auto"/>
          <w:sz w:val="22"/>
        </w:rPr>
      </w:pPr>
      <w:r>
        <w:rPr>
          <w:rFonts w:ascii="Segoe UI Symbol" w:hAnsi="Segoe UI Symbol" w:cs="Segoe UI Symbol"/>
          <w:color w:val="auto"/>
          <w:sz w:val="22"/>
        </w:rPr>
        <w:t>Zaznacz jedn</w:t>
      </w:r>
      <w:r>
        <w:rPr>
          <w:rFonts w:ascii="Calibri" w:hAnsi="Calibri" w:cs="Calibri"/>
          <w:color w:val="auto"/>
          <w:sz w:val="22"/>
        </w:rPr>
        <w:t>ą odpowiedź</w:t>
      </w:r>
    </w:p>
    <w:p w14:paraId="26E0922B" w14:textId="3278ABC1" w:rsidR="00D55861" w:rsidRPr="00420A03" w:rsidRDefault="00D55861" w:rsidP="00D55861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Arial Nova" w:hAnsi="Arial Nova"/>
          <w:color w:val="auto"/>
          <w:sz w:val="22"/>
        </w:rPr>
        <w:t xml:space="preserve">  tak</w:t>
      </w:r>
    </w:p>
    <w:p w14:paraId="10544F52" w14:textId="5152BE99" w:rsidR="00D55861" w:rsidRPr="00420A03" w:rsidRDefault="00D55861" w:rsidP="00D55861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</w:r>
      <w:r>
        <w:rPr>
          <w:rFonts w:ascii="Arial Nova" w:hAnsi="Arial Nova"/>
          <w:color w:val="auto"/>
          <w:sz w:val="22"/>
        </w:rPr>
        <w:t>nie</w:t>
      </w:r>
    </w:p>
    <w:p w14:paraId="4E88BD37" w14:textId="2F4F7525" w:rsidR="00D55861" w:rsidRDefault="00D55861" w:rsidP="00D55861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</w:r>
      <w:r>
        <w:rPr>
          <w:rFonts w:ascii="Arial Nova" w:hAnsi="Arial Nova"/>
          <w:color w:val="auto"/>
          <w:sz w:val="22"/>
        </w:rPr>
        <w:t>trudno powiedzieć</w:t>
      </w:r>
    </w:p>
    <w:p w14:paraId="613C7DA8" w14:textId="77777777" w:rsidR="00D55861" w:rsidRDefault="00D55861" w:rsidP="00D55861">
      <w:pPr>
        <w:pStyle w:val="Formoption"/>
        <w:rPr>
          <w:rFonts w:ascii="Arial Nova" w:hAnsi="Arial Nova"/>
          <w:color w:val="auto"/>
          <w:sz w:val="22"/>
        </w:rPr>
      </w:pPr>
    </w:p>
    <w:p w14:paraId="23956E08" w14:textId="77777777" w:rsidR="00D053D2" w:rsidRPr="00420A03" w:rsidRDefault="00D053D2">
      <w:pPr>
        <w:pStyle w:val="Formspacer"/>
        <w:keepNext/>
        <w:spacing w:line="2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2BB70264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36AAEB12" w14:textId="45E145D2" w:rsidR="00D053D2" w:rsidRPr="00420A03" w:rsidRDefault="00D053D2">
            <w:pPr>
              <w:pStyle w:val="Formnumber"/>
              <w:keepNext/>
              <w:jc w:val="center"/>
              <w:rPr>
                <w:rFonts w:ascii="Arial Nova" w:hAnsi="Arial Nova"/>
                <w:color w:val="auto"/>
              </w:rPr>
            </w:pPr>
          </w:p>
        </w:tc>
        <w:tc>
          <w:tcPr>
            <w:tcW w:w="9383" w:type="dxa"/>
            <w:shd w:val="clear" w:color="auto" w:fill="F9CEC2" w:themeFill="accent1" w:themeFillTint="33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5608D3ED" w14:textId="180A7E06" w:rsidR="00D053D2" w:rsidRPr="00420A03" w:rsidRDefault="006125D8">
            <w:pPr>
              <w:pStyle w:val="Formsection"/>
              <w:keepNext/>
              <w:rPr>
                <w:rFonts w:ascii="Arial Nova" w:hAnsi="Arial Nova"/>
                <w:color w:val="auto"/>
                <w:szCs w:val="28"/>
              </w:rPr>
            </w:pPr>
            <w:r w:rsidRPr="00420A03">
              <w:rPr>
                <w:rFonts w:ascii="Arial Nova" w:hAnsi="Arial Nova"/>
                <w:color w:val="auto"/>
                <w:szCs w:val="28"/>
              </w:rPr>
              <w:t>Oferta MGOK, Muzeum i Bibliotek</w:t>
            </w:r>
            <w:r w:rsidR="00375B25" w:rsidRPr="00420A03">
              <w:rPr>
                <w:rFonts w:ascii="Arial Nova" w:hAnsi="Arial Nova"/>
                <w:color w:val="auto"/>
                <w:szCs w:val="28"/>
              </w:rPr>
              <w:t>i</w:t>
            </w:r>
            <w:r w:rsidRPr="00420A03">
              <w:rPr>
                <w:rFonts w:ascii="Arial Nova" w:hAnsi="Arial Nova"/>
                <w:color w:val="auto"/>
                <w:szCs w:val="28"/>
              </w:rPr>
              <w:t xml:space="preserve"> – warunki uczestnictwa</w:t>
            </w:r>
          </w:p>
        </w:tc>
      </w:tr>
    </w:tbl>
    <w:p w14:paraId="26E38142" w14:textId="77777777" w:rsidR="00D053D2" w:rsidRPr="00420A03" w:rsidRDefault="00D053D2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p w14:paraId="660FF54F" w14:textId="77777777" w:rsidR="00D053D2" w:rsidRPr="00420A03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27CA6224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D42C0AD" w14:textId="6E405603" w:rsidR="00B67226" w:rsidRPr="00420A03" w:rsidRDefault="00D55861" w:rsidP="00153E12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6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54E672AE" w14:textId="400BE019" w:rsidR="00D053D2" w:rsidRPr="00420A03" w:rsidRDefault="006125D8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Co mogłoby utrudniać Ci udział w zajęciach i wydarzeniach MGOK</w:t>
            </w:r>
            <w:r w:rsidR="00133D8F">
              <w:rPr>
                <w:rFonts w:ascii="Arial Nova" w:hAnsi="Arial Nova"/>
                <w:color w:val="auto"/>
                <w:sz w:val="22"/>
              </w:rPr>
              <w:t xml:space="preserve"> i</w:t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 Muzeum </w:t>
            </w:r>
            <w:r w:rsidR="00153E12" w:rsidRPr="00420A03">
              <w:rPr>
                <w:rFonts w:ascii="Arial Nova" w:hAnsi="Arial Nova"/>
                <w:color w:val="auto"/>
                <w:sz w:val="22"/>
              </w:rPr>
              <w:br/>
            </w:r>
            <w:r w:rsidR="00133D8F">
              <w:rPr>
                <w:rFonts w:ascii="Arial Nova" w:hAnsi="Arial Nova"/>
                <w:color w:val="auto"/>
                <w:sz w:val="22"/>
              </w:rPr>
              <w:t>oraz</w:t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 Biblioteki w Maciejowicach?</w:t>
            </w:r>
          </w:p>
        </w:tc>
      </w:tr>
    </w:tbl>
    <w:p w14:paraId="1A23CC42" w14:textId="77777777" w:rsidR="00D053D2" w:rsidRPr="00420A03" w:rsidRDefault="00D053D2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6A5FB6E6" w14:textId="7917DCE8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Możesz zaznaczyć kilka odpowiedzi.</w:t>
      </w:r>
    </w:p>
    <w:p w14:paraId="74F874DC" w14:textId="77777777" w:rsidR="00D053D2" w:rsidRPr="00420A03" w:rsidRDefault="00F74BD6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Jeśli wybierasz odpowiedź „nie przewiduję trudności” lub „trudno powiedzieć”, nie zaznaczaj innych odpowiedzi.</w:t>
      </w:r>
    </w:p>
    <w:p w14:paraId="7AA81DEB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niedogodne dni lub godziny</w:t>
      </w:r>
    </w:p>
    <w:p w14:paraId="4A93C0F0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brak informacji o organizowanych działaniach</w:t>
      </w:r>
    </w:p>
    <w:p w14:paraId="08A80598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informacje lub materiały niedostosowane do moich potrzeb</w:t>
      </w:r>
    </w:p>
    <w:p w14:paraId="1E90C645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trudności z dojazdem</w:t>
      </w:r>
    </w:p>
    <w:p w14:paraId="1EFF3CB8" w14:textId="77777777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oferta niedopasowana do moich zainteresowań</w:t>
      </w:r>
    </w:p>
    <w:p w14:paraId="33130F52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koszt udziału</w:t>
      </w:r>
    </w:p>
    <w:p w14:paraId="7D3F96D9" w14:textId="1793EABF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bariery związane z </w:t>
      </w:r>
      <w:r w:rsidR="00133D8F">
        <w:rPr>
          <w:rFonts w:ascii="Arial Nova" w:hAnsi="Arial Nova"/>
          <w:color w:val="auto"/>
          <w:sz w:val="22"/>
        </w:rPr>
        <w:t xml:space="preserve">dostępnością i </w:t>
      </w:r>
      <w:r w:rsidRPr="00420A03">
        <w:rPr>
          <w:rFonts w:ascii="Arial Nova" w:hAnsi="Arial Nova"/>
          <w:color w:val="auto"/>
          <w:sz w:val="22"/>
        </w:rPr>
        <w:t>poruszaniem się po budynku</w:t>
      </w:r>
    </w:p>
    <w:p w14:paraId="32B3C53A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trudność pogodzenia udziału z opieką nad dziećmi lub innymi bliskimi</w:t>
      </w:r>
    </w:p>
    <w:p w14:paraId="3054F4D4" w14:textId="77777777" w:rsidR="00375B25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nie przewiduję trudności</w:t>
      </w:r>
    </w:p>
    <w:p w14:paraId="072A9C82" w14:textId="5D14E1AC" w:rsidR="00C710B6" w:rsidRPr="00420A03" w:rsidRDefault="00C710B6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</w:t>
      </w:r>
      <w:r w:rsidRPr="00C710B6">
        <w:rPr>
          <w:rFonts w:ascii="Arial Nova" w:hAnsi="Arial Nova"/>
          <w:color w:val="auto"/>
          <w:sz w:val="22"/>
        </w:rPr>
        <w:t>brak oferty skierowanej do mojej grupy wiekowej</w:t>
      </w:r>
    </w:p>
    <w:p w14:paraId="02B8814B" w14:textId="77777777" w:rsidR="00D053D2" w:rsidRPr="00420A03" w:rsidRDefault="006125D8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6A27120E" w14:textId="77777777" w:rsidR="00C710B6" w:rsidRPr="00420A03" w:rsidRDefault="00C710B6" w:rsidP="00C710B6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inne – jakie? ........................................</w:t>
      </w:r>
    </w:p>
    <w:p w14:paraId="4AF405A5" w14:textId="77777777" w:rsidR="00955A0B" w:rsidRPr="00420A03" w:rsidRDefault="00955A0B">
      <w:pPr>
        <w:pStyle w:val="Formoption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375B25" w:rsidRPr="00420A03" w14:paraId="0852C6ED" w14:textId="77777777" w:rsidTr="00DD3143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AD5DC55" w14:textId="618C488C" w:rsidR="00375B25" w:rsidRPr="00420A03" w:rsidRDefault="002F3D96" w:rsidP="00DD3143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7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9727DDA" w14:textId="77777777" w:rsidR="00375B25" w:rsidRPr="00420A03" w:rsidRDefault="00375B25" w:rsidP="00DD3143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Jakie działania powinny znaleźć się w przyszłej ofercie MGOK, Muzeum </w:t>
            </w:r>
            <w:r w:rsidRPr="00420A03">
              <w:rPr>
                <w:rFonts w:ascii="Arial Nova" w:hAnsi="Arial Nova"/>
                <w:color w:val="auto"/>
                <w:sz w:val="22"/>
              </w:rPr>
              <w:br/>
              <w:t>i Biblioteki w Maciejowicach?</w:t>
            </w:r>
          </w:p>
        </w:tc>
      </w:tr>
    </w:tbl>
    <w:p w14:paraId="02D12C05" w14:textId="77777777" w:rsidR="00375B25" w:rsidRPr="00420A03" w:rsidRDefault="00375B25" w:rsidP="00375B2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Wskaż maksymalnie trzy najważniejsze dla Ciebie propozycje.</w:t>
      </w:r>
    </w:p>
    <w:p w14:paraId="2D925FEF" w14:textId="77777777" w:rsidR="00375B25" w:rsidRPr="00420A03" w:rsidRDefault="00375B25" w:rsidP="00375B2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Jeśli wybierasz odpowiedź „żadna z tych propozycji mnie nie interesuje” lub „trudno powiedzieć”, nie zaznaczaj innych odpowiedzi.</w:t>
      </w:r>
    </w:p>
    <w:p w14:paraId="4801847C" w14:textId="18EE223E" w:rsidR="00375B25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</w:r>
      <w:r w:rsidR="00D003AE">
        <w:rPr>
          <w:rFonts w:ascii="Arial Nova" w:hAnsi="Arial Nova"/>
          <w:color w:val="auto"/>
          <w:sz w:val="22"/>
        </w:rPr>
        <w:t>warsztaty muzyki i tańca</w:t>
      </w:r>
      <w:r w:rsidRPr="00420A03">
        <w:rPr>
          <w:rFonts w:ascii="Arial Nova" w:hAnsi="Arial Nova"/>
          <w:color w:val="auto"/>
          <w:sz w:val="22"/>
        </w:rPr>
        <w:t xml:space="preserve"> </w:t>
      </w:r>
      <w:r w:rsidR="00DC37C2">
        <w:rPr>
          <w:rFonts w:ascii="Arial Nova" w:hAnsi="Arial Nova"/>
          <w:color w:val="auto"/>
          <w:sz w:val="22"/>
        </w:rPr>
        <w:t xml:space="preserve">tradycyjnego </w:t>
      </w:r>
      <w:r w:rsidRPr="00420A03">
        <w:rPr>
          <w:rFonts w:ascii="Arial Nova" w:hAnsi="Arial Nova"/>
          <w:color w:val="auto"/>
          <w:sz w:val="22"/>
        </w:rPr>
        <w:t>inspirowane lokalnym dziedzictwem</w:t>
      </w:r>
      <w:r w:rsidR="00AF63FD">
        <w:rPr>
          <w:rFonts w:ascii="Arial Nova" w:hAnsi="Arial Nova"/>
          <w:color w:val="auto"/>
          <w:sz w:val="22"/>
        </w:rPr>
        <w:t xml:space="preserve"> </w:t>
      </w:r>
      <w:r w:rsidR="00D003AE">
        <w:rPr>
          <w:rFonts w:ascii="Arial Nova" w:hAnsi="Arial Nova"/>
          <w:color w:val="auto"/>
          <w:sz w:val="22"/>
        </w:rPr>
        <w:t>Powiśla Maciejowickiego</w:t>
      </w:r>
    </w:p>
    <w:p w14:paraId="25F1C9BB" w14:textId="77777777" w:rsidR="00DC37C2" w:rsidRDefault="00DC37C2" w:rsidP="00DC37C2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D003AE">
        <w:rPr>
          <w:rFonts w:ascii="Arial Nova" w:hAnsi="Arial Nova"/>
          <w:color w:val="auto"/>
          <w:sz w:val="22"/>
        </w:rPr>
        <w:t xml:space="preserve"> </w:t>
      </w:r>
      <w:r>
        <w:rPr>
          <w:rFonts w:ascii="Arial Nova" w:hAnsi="Arial Nova"/>
          <w:color w:val="auto"/>
          <w:sz w:val="22"/>
        </w:rPr>
        <w:t>spotkania i</w:t>
      </w:r>
      <w:r w:rsidRPr="00D003AE">
        <w:rPr>
          <w:rFonts w:ascii="Arial Nova" w:hAnsi="Arial Nova"/>
          <w:color w:val="auto"/>
          <w:sz w:val="22"/>
        </w:rPr>
        <w:t xml:space="preserve"> warsztaty popularyzujące </w:t>
      </w:r>
      <w:r>
        <w:rPr>
          <w:rFonts w:ascii="Arial Nova" w:hAnsi="Arial Nova"/>
          <w:color w:val="auto"/>
          <w:sz w:val="22"/>
        </w:rPr>
        <w:t xml:space="preserve">lokalne </w:t>
      </w:r>
      <w:r w:rsidRPr="00D003AE">
        <w:rPr>
          <w:rFonts w:ascii="Arial Nova" w:hAnsi="Arial Nova"/>
          <w:color w:val="auto"/>
          <w:sz w:val="22"/>
        </w:rPr>
        <w:t>zwyczaje</w:t>
      </w:r>
      <w:r>
        <w:rPr>
          <w:rFonts w:ascii="Arial Nova" w:hAnsi="Arial Nova"/>
          <w:color w:val="auto"/>
          <w:sz w:val="22"/>
        </w:rPr>
        <w:t>, rytuały i obrzędy świąteczne</w:t>
      </w:r>
      <w:r w:rsidRPr="00D003AE">
        <w:rPr>
          <w:rFonts w:ascii="Arial Nova" w:hAnsi="Arial Nova"/>
          <w:color w:val="auto"/>
          <w:sz w:val="22"/>
        </w:rPr>
        <w:t xml:space="preserve"> lokalne np. wielkanocne</w:t>
      </w:r>
      <w:r>
        <w:rPr>
          <w:rFonts w:ascii="Arial Nova" w:hAnsi="Arial Nova"/>
          <w:color w:val="auto"/>
          <w:sz w:val="22"/>
        </w:rPr>
        <w:t xml:space="preserve"> (tradycyjne pisanki, palmy wielkanocne</w:t>
      </w:r>
      <w:r w:rsidRPr="00D003AE">
        <w:rPr>
          <w:rFonts w:ascii="Arial Nova" w:hAnsi="Arial Nova"/>
          <w:color w:val="auto"/>
          <w:sz w:val="22"/>
        </w:rPr>
        <w:t xml:space="preserve">, </w:t>
      </w:r>
      <w:r>
        <w:rPr>
          <w:rFonts w:ascii="Arial Nova" w:hAnsi="Arial Nova"/>
          <w:color w:val="auto"/>
          <w:sz w:val="22"/>
        </w:rPr>
        <w:t xml:space="preserve">wielkanocne śniadanie, </w:t>
      </w:r>
      <w:r w:rsidRPr="00D003AE">
        <w:rPr>
          <w:rFonts w:ascii="Arial Nova" w:hAnsi="Arial Nova" w:hint="eastAsia"/>
          <w:color w:val="auto"/>
          <w:sz w:val="22"/>
        </w:rPr>
        <w:t>bo</w:t>
      </w:r>
      <w:r w:rsidRPr="00D003AE">
        <w:rPr>
          <w:rFonts w:ascii="Arial Nova" w:hAnsi="Arial Nova"/>
          <w:color w:val="auto"/>
          <w:sz w:val="22"/>
        </w:rPr>
        <w:t>ż</w:t>
      </w:r>
      <w:r w:rsidRPr="00D003AE">
        <w:rPr>
          <w:rFonts w:ascii="Arial Nova" w:hAnsi="Arial Nova" w:hint="eastAsia"/>
          <w:color w:val="auto"/>
          <w:sz w:val="22"/>
        </w:rPr>
        <w:t>onarodzeniowe</w:t>
      </w:r>
      <w:r w:rsidRPr="00D003AE">
        <w:rPr>
          <w:rFonts w:ascii="Arial Nova" w:hAnsi="Arial Nova"/>
          <w:color w:val="auto"/>
          <w:sz w:val="22"/>
        </w:rPr>
        <w:t xml:space="preserve"> </w:t>
      </w:r>
      <w:r>
        <w:rPr>
          <w:rFonts w:ascii="Arial Nova" w:hAnsi="Arial Nova"/>
          <w:color w:val="auto"/>
          <w:sz w:val="22"/>
        </w:rPr>
        <w:t>pierniczki, ozdoby i stroiki itp.)</w:t>
      </w:r>
    </w:p>
    <w:p w14:paraId="38162FF3" w14:textId="77777777" w:rsidR="00DC37C2" w:rsidRDefault="00DC37C2" w:rsidP="00DC37C2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wystawy stałe i czasowe w muzeum</w:t>
      </w:r>
      <w:r>
        <w:rPr>
          <w:rFonts w:ascii="Arial Nova" w:hAnsi="Arial Nova"/>
          <w:color w:val="auto"/>
          <w:sz w:val="22"/>
        </w:rPr>
        <w:t xml:space="preserve"> m.in. </w:t>
      </w:r>
      <w:r w:rsidRPr="00D003AE">
        <w:rPr>
          <w:rFonts w:ascii="Arial Nova" w:hAnsi="Arial Nova"/>
          <w:color w:val="auto"/>
          <w:sz w:val="22"/>
        </w:rPr>
        <w:t>lokalna sztuka, wzornictwo i przedmioty codziennego użytku związane z historią miasta i gminy Maciejowice</w:t>
      </w:r>
    </w:p>
    <w:p w14:paraId="6F9D716F" w14:textId="77777777" w:rsidR="002F3D96" w:rsidRDefault="002F3D96" w:rsidP="002F3D96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warsztaty tradycyjnego rzemiosła, np. pracy w drewnie</w:t>
      </w:r>
      <w:r>
        <w:rPr>
          <w:rFonts w:ascii="Arial Nova" w:hAnsi="Arial Nova"/>
          <w:color w:val="auto"/>
          <w:sz w:val="22"/>
        </w:rPr>
        <w:t xml:space="preserve">, w glinie, szydełkowanie, mydlarskie, robienie świec tradycyjnych, </w:t>
      </w:r>
    </w:p>
    <w:p w14:paraId="2A4347FF" w14:textId="77777777" w:rsidR="002F3D96" w:rsidRPr="00D003AE" w:rsidRDefault="002F3D96" w:rsidP="002F3D96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D003AE">
        <w:rPr>
          <w:rFonts w:ascii="Arial Nova" w:hAnsi="Arial Nova"/>
          <w:color w:val="auto"/>
          <w:sz w:val="22"/>
        </w:rPr>
        <w:t xml:space="preserve"> działania edukacyjne w zakresie zrównoważonego rozwoju, ekologii, świadomości konsumenckiej </w:t>
      </w:r>
    </w:p>
    <w:p w14:paraId="4DEFC7FB" w14:textId="1E5C065F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wydarzenia plenerowe związane z historią</w:t>
      </w:r>
      <w:r w:rsidR="00A74DF9">
        <w:rPr>
          <w:rFonts w:ascii="Arial Nova" w:hAnsi="Arial Nova"/>
          <w:color w:val="auto"/>
          <w:sz w:val="22"/>
        </w:rPr>
        <w:t xml:space="preserve">, </w:t>
      </w:r>
      <w:r w:rsidRPr="00420A03">
        <w:rPr>
          <w:rFonts w:ascii="Arial Nova" w:hAnsi="Arial Nova"/>
          <w:color w:val="auto"/>
          <w:sz w:val="22"/>
        </w:rPr>
        <w:t xml:space="preserve">tradycjami </w:t>
      </w:r>
      <w:r w:rsidR="00A74DF9">
        <w:rPr>
          <w:rFonts w:ascii="Arial Nova" w:hAnsi="Arial Nova"/>
          <w:color w:val="auto"/>
          <w:sz w:val="22"/>
        </w:rPr>
        <w:t>i ku</w:t>
      </w:r>
      <w:r w:rsidR="00337FC5">
        <w:rPr>
          <w:rFonts w:ascii="Arial Nova" w:hAnsi="Arial Nova"/>
          <w:color w:val="auto"/>
          <w:sz w:val="22"/>
        </w:rPr>
        <w:t>l</w:t>
      </w:r>
      <w:r w:rsidR="00A74DF9">
        <w:rPr>
          <w:rFonts w:ascii="Arial Nova" w:hAnsi="Arial Nova"/>
          <w:color w:val="auto"/>
          <w:sz w:val="22"/>
        </w:rPr>
        <w:t xml:space="preserve">turą ludową </w:t>
      </w:r>
    </w:p>
    <w:p w14:paraId="6B8A992D" w14:textId="3EFBA222" w:rsidR="00375B25" w:rsidRPr="00420A03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spacery historyczne i tematyczne</w:t>
      </w:r>
      <w:r w:rsidR="00A74DF9">
        <w:rPr>
          <w:rFonts w:ascii="Arial Nova" w:hAnsi="Arial Nova"/>
          <w:color w:val="auto"/>
          <w:sz w:val="22"/>
        </w:rPr>
        <w:t>, żywe lekc</w:t>
      </w:r>
      <w:r w:rsidR="00337FC5">
        <w:rPr>
          <w:rFonts w:ascii="Arial Nova" w:hAnsi="Arial Nova"/>
          <w:color w:val="auto"/>
          <w:sz w:val="22"/>
        </w:rPr>
        <w:t xml:space="preserve">je </w:t>
      </w:r>
      <w:r w:rsidR="00A74DF9">
        <w:rPr>
          <w:rFonts w:ascii="Arial Nova" w:hAnsi="Arial Nova"/>
          <w:color w:val="auto"/>
          <w:sz w:val="22"/>
        </w:rPr>
        <w:t>historii</w:t>
      </w:r>
    </w:p>
    <w:p w14:paraId="6F5510F7" w14:textId="4728D1A9" w:rsidR="00375B25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spotkania i wykłady dotyczące lokalnej historii</w:t>
      </w:r>
      <w:r w:rsidR="00C710B6">
        <w:rPr>
          <w:rFonts w:ascii="Arial Nova" w:hAnsi="Arial Nova"/>
          <w:color w:val="auto"/>
          <w:sz w:val="22"/>
        </w:rPr>
        <w:t xml:space="preserve">, </w:t>
      </w:r>
      <w:r w:rsidRPr="00420A03">
        <w:rPr>
          <w:rFonts w:ascii="Arial Nova" w:hAnsi="Arial Nova"/>
          <w:color w:val="auto"/>
          <w:sz w:val="22"/>
        </w:rPr>
        <w:t>spotkania poświęcone wspomnieniom mieszkańców i dokumentowaniu historii miasta</w:t>
      </w:r>
      <w:r w:rsidR="00A74DF9">
        <w:rPr>
          <w:rFonts w:ascii="Arial Nova" w:hAnsi="Arial Nova"/>
          <w:color w:val="auto"/>
          <w:sz w:val="22"/>
        </w:rPr>
        <w:t xml:space="preserve"> i gminy Maciejowice</w:t>
      </w:r>
    </w:p>
    <w:p w14:paraId="5D49F670" w14:textId="4BEDC72D" w:rsidR="00337FC5" w:rsidRDefault="00337FC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D003AE">
        <w:rPr>
          <w:rFonts w:ascii="Arial Nova" w:hAnsi="Arial Nova"/>
          <w:color w:val="auto"/>
          <w:sz w:val="22"/>
        </w:rPr>
        <w:t xml:space="preserve"> </w:t>
      </w:r>
      <w:r w:rsidR="00AF63FD" w:rsidRPr="00D003AE">
        <w:rPr>
          <w:rFonts w:ascii="Arial Nova" w:hAnsi="Arial Nova"/>
          <w:color w:val="auto"/>
          <w:sz w:val="22"/>
        </w:rPr>
        <w:t>spotkania ze znanymi twórcami, pisarzami, aktorami</w:t>
      </w:r>
    </w:p>
    <w:p w14:paraId="31C25C0B" w14:textId="550BB7CB" w:rsidR="00375B25" w:rsidRDefault="00375B25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materiały cyfrowe, np. filmy, nagrania i wirtualne zwiedzanie</w:t>
      </w:r>
      <w:r w:rsidR="00337FC5">
        <w:rPr>
          <w:rFonts w:ascii="Arial Nova" w:hAnsi="Arial Nova"/>
          <w:color w:val="auto"/>
          <w:sz w:val="22"/>
        </w:rPr>
        <w:t xml:space="preserve"> ratusza i muzeum</w:t>
      </w:r>
    </w:p>
    <w:p w14:paraId="4879A924" w14:textId="7E5A9321" w:rsidR="00DC37C2" w:rsidRPr="00420A03" w:rsidRDefault="00DC37C2" w:rsidP="00375B25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zajęcia rodzinne i międzypokoleniowe</w:t>
      </w:r>
    </w:p>
    <w:p w14:paraId="4A60FBF3" w14:textId="2EBE6DE5" w:rsidR="00375B25" w:rsidRPr="00420A03" w:rsidRDefault="00375B25" w:rsidP="005F530B">
      <w:pPr>
        <w:pStyle w:val="Formoption"/>
        <w:keepNext/>
        <w:tabs>
          <w:tab w:val="right" w:pos="10093"/>
        </w:tabs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żadna z tych propozycji mnie nie interesuje</w:t>
      </w:r>
      <w:r w:rsidR="005F530B">
        <w:rPr>
          <w:rFonts w:ascii="Arial Nova" w:hAnsi="Arial Nova"/>
          <w:color w:val="auto"/>
          <w:sz w:val="22"/>
        </w:rPr>
        <w:tab/>
      </w:r>
    </w:p>
    <w:p w14:paraId="7D2CD087" w14:textId="1F412E5C" w:rsidR="00D003AE" w:rsidRDefault="00375B25" w:rsidP="00D003AE">
      <w:pPr>
        <w:pStyle w:val="Formoption"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11A46779" w14:textId="1E421AA7" w:rsidR="003C6572" w:rsidRPr="00420A03" w:rsidRDefault="003C6572" w:rsidP="003C6572">
      <w:pPr>
        <w:pStyle w:val="Formoption"/>
        <w:keepNext/>
        <w:rPr>
          <w:rFonts w:ascii="Arial Nova" w:hAnsi="Arial Nova"/>
          <w:color w:val="auto"/>
          <w:sz w:val="22"/>
        </w:rPr>
      </w:pPr>
      <w:r w:rsidRPr="00D003AE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inne – jakie? ........................................</w:t>
      </w:r>
    </w:p>
    <w:tbl>
      <w:tblPr>
        <w:tblpPr w:leftFromText="141" w:rightFromText="141" w:vertAnchor="text" w:horzAnchor="margin" w:tblpY="12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375B25" w:rsidRPr="00420A03" w14:paraId="53ED8F98" w14:textId="77777777" w:rsidTr="00375B25">
        <w:trPr>
          <w:cantSplit/>
        </w:trPr>
        <w:tc>
          <w:tcPr>
            <w:tcW w:w="595" w:type="dxa"/>
            <w:shd w:val="clear" w:color="auto" w:fill="7B230B" w:themeFill="accent1" w:themeFillShade="BF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43580CA3" w14:textId="77777777" w:rsidR="00375B25" w:rsidRPr="00420A03" w:rsidRDefault="00375B25" w:rsidP="00375B25">
            <w:pPr>
              <w:pStyle w:val="Formnumber"/>
              <w:keepNext/>
              <w:jc w:val="center"/>
              <w:rPr>
                <w:rFonts w:ascii="Arial Nova" w:hAnsi="Arial Nova"/>
                <w:color w:val="auto"/>
              </w:rPr>
            </w:pPr>
          </w:p>
        </w:tc>
        <w:tc>
          <w:tcPr>
            <w:tcW w:w="9383" w:type="dxa"/>
            <w:shd w:val="clear" w:color="auto" w:fill="F9CEC2" w:themeFill="accent1" w:themeFillTint="33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23E99B0A" w14:textId="77777777" w:rsidR="00375B25" w:rsidRPr="00420A03" w:rsidRDefault="00375B25" w:rsidP="00375B25">
            <w:pPr>
              <w:pStyle w:val="Formsec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Dostępność i współtworzenie</w:t>
            </w: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375B25" w:rsidRPr="00420A03" w14:paraId="2AEFC76C" w14:textId="77777777" w:rsidTr="00A56E99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18E58148" w14:textId="5D61233F" w:rsidR="00375B25" w:rsidRPr="00420A03" w:rsidRDefault="002F3D96" w:rsidP="00A56E99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8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379D5C6E" w14:textId="77777777" w:rsidR="00375B25" w:rsidRPr="00420A03" w:rsidRDefault="00375B25" w:rsidP="00A56E99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Jakie rozwiązania ułatwiłyby Ci udział w działaniach MGOK, Muzeum i Bibliotece?</w:t>
            </w:r>
          </w:p>
        </w:tc>
      </w:tr>
    </w:tbl>
    <w:p w14:paraId="4BC23D72" w14:textId="77777777" w:rsidR="00375B25" w:rsidRPr="00420A03" w:rsidRDefault="00375B25" w:rsidP="00375B25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5B920FC6" w14:textId="77777777" w:rsidR="00B64F46" w:rsidRDefault="00375B25" w:rsidP="00B64F46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 </w:t>
      </w:r>
    </w:p>
    <w:p w14:paraId="6E4A1ACF" w14:textId="1D3A2B0B" w:rsidR="00375B25" w:rsidRPr="00420A03" w:rsidRDefault="00375B25" w:rsidP="00B64F46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1C864D34" w14:textId="77777777" w:rsidR="00F2412D" w:rsidRPr="00420A03" w:rsidRDefault="00F2412D" w:rsidP="00F2412D">
      <w:pPr>
        <w:pStyle w:val="Formoption"/>
        <w:ind w:left="0" w:firstLine="0"/>
        <w:rPr>
          <w:rFonts w:ascii="Arial Nova" w:hAnsi="Arial Nova"/>
          <w:color w:val="auto"/>
          <w:sz w:val="22"/>
        </w:rPr>
      </w:pPr>
    </w:p>
    <w:p w14:paraId="7B44C939" w14:textId="77777777" w:rsidR="00D053D2" w:rsidRPr="00420A03" w:rsidRDefault="00D053D2">
      <w:pPr>
        <w:pStyle w:val="Formspacer"/>
        <w:keepNext/>
        <w:spacing w:line="20" w:lineRule="exact"/>
        <w:rPr>
          <w:rFonts w:ascii="Arial Nova" w:hAnsi="Arial Nova"/>
          <w:color w:val="auto"/>
          <w:sz w:val="22"/>
        </w:rPr>
      </w:pPr>
    </w:p>
    <w:p w14:paraId="7CEA9DEA" w14:textId="77777777" w:rsidR="00D053D2" w:rsidRPr="00420A03" w:rsidRDefault="00D053D2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tbl>
      <w:tblPr>
        <w:tblpPr w:leftFromText="141" w:rightFromText="141" w:vertAnchor="text" w:tblpY="-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F2412D" w:rsidRPr="00420A03" w14:paraId="07B606C4" w14:textId="77777777" w:rsidTr="001D4CF3">
        <w:trPr>
          <w:cantSplit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3CE0477F" w14:textId="6B0A982E" w:rsidR="00F2412D" w:rsidRPr="00420A03" w:rsidRDefault="002F3D96" w:rsidP="001D4CF3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9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3239920" w14:textId="77777777" w:rsidR="00F2412D" w:rsidRPr="00420A03" w:rsidRDefault="00F2412D" w:rsidP="001D4CF3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Dla których grup Twoim zdaniem należy przede wszystkim rozwinąć ofertę MGOK, Muzeum i Biblioteki w Maciejowicach?</w:t>
            </w:r>
          </w:p>
        </w:tc>
      </w:tr>
    </w:tbl>
    <w:p w14:paraId="6D2E5223" w14:textId="185E4292" w:rsidR="00F2412D" w:rsidRPr="00420A03" w:rsidRDefault="00F2412D" w:rsidP="00F2412D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Wskaż maksymalnie trzy grupy. </w:t>
      </w:r>
      <w:r w:rsidRPr="00420A03">
        <w:rPr>
          <w:rFonts w:ascii="Arial Nova" w:hAnsi="Arial Nova"/>
          <w:color w:val="auto"/>
          <w:sz w:val="22"/>
        </w:rPr>
        <w:br/>
        <w:t>Jeśli wybierasz odpowiedź „trudno powiedzieć”, nie zaznaczaj innych odpowiedzi.</w:t>
      </w:r>
    </w:p>
    <w:p w14:paraId="2511FDBF" w14:textId="77777777" w:rsidR="00F2412D" w:rsidRPr="00420A03" w:rsidRDefault="00F2412D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dzieci</w:t>
      </w:r>
    </w:p>
    <w:p w14:paraId="3E404873" w14:textId="77777777" w:rsidR="00F2412D" w:rsidRPr="00420A03" w:rsidRDefault="00F2412D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młodzieży</w:t>
      </w:r>
    </w:p>
    <w:p w14:paraId="0C96C5B3" w14:textId="77777777" w:rsidR="000C5CCD" w:rsidRPr="00420A03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rodzin z dziećmi</w:t>
      </w:r>
    </w:p>
    <w:p w14:paraId="4328493B" w14:textId="77777777" w:rsidR="00F2412D" w:rsidRDefault="00F2412D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osób dorosłych</w:t>
      </w:r>
    </w:p>
    <w:p w14:paraId="235C20CC" w14:textId="107D2037" w:rsidR="00D003AE" w:rsidRPr="00D003AE" w:rsidRDefault="00D003AE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="002F3D96">
        <w:rPr>
          <w:rFonts w:ascii="Segoe UI Symbol" w:hAnsi="Segoe UI Symbol" w:cs="Segoe UI Symbol"/>
          <w:color w:val="auto"/>
          <w:sz w:val="22"/>
        </w:rPr>
        <w:t xml:space="preserve"> </w:t>
      </w:r>
      <w:r>
        <w:rPr>
          <w:rFonts w:ascii="Segoe UI Symbol" w:hAnsi="Segoe UI Symbol" w:cs="Segoe UI Symbol"/>
          <w:color w:val="auto"/>
          <w:sz w:val="22"/>
        </w:rPr>
        <w:t xml:space="preserve"> </w:t>
      </w:r>
      <w:r w:rsidRPr="00D003AE">
        <w:rPr>
          <w:rFonts w:ascii="Arial Nova" w:hAnsi="Arial Nova"/>
          <w:color w:val="auto"/>
          <w:sz w:val="22"/>
        </w:rPr>
        <w:t>twórców/ środowiska twórczego</w:t>
      </w:r>
    </w:p>
    <w:p w14:paraId="63F9BD50" w14:textId="77777777" w:rsidR="000C5CCD" w:rsidRPr="00420A03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 w:cs="Segoe UI Symbol"/>
          <w:color w:val="auto"/>
          <w:sz w:val="22"/>
        </w:rPr>
        <w:tab/>
        <w:t>turystów i osób odwiedzaj</w:t>
      </w:r>
      <w:r w:rsidRPr="00420A03">
        <w:rPr>
          <w:rFonts w:ascii="Arial Nova" w:hAnsi="Arial Nova" w:cs="Calibri"/>
          <w:color w:val="auto"/>
          <w:sz w:val="22"/>
        </w:rPr>
        <w:t>ą</w:t>
      </w:r>
      <w:r w:rsidRPr="00420A03">
        <w:rPr>
          <w:rFonts w:ascii="Arial Nova" w:hAnsi="Arial Nova" w:cs="Segoe UI Symbol"/>
          <w:color w:val="auto"/>
          <w:sz w:val="22"/>
        </w:rPr>
        <w:t>cych Maciejowice</w:t>
      </w:r>
    </w:p>
    <w:p w14:paraId="7B8E3405" w14:textId="77777777" w:rsidR="00F2412D" w:rsidRPr="00420A03" w:rsidRDefault="00F2412D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seniorów</w:t>
      </w:r>
    </w:p>
    <w:p w14:paraId="59289B5F" w14:textId="77777777" w:rsidR="000C5CCD" w:rsidRPr="00420A03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innych osób narażonych na wykluczenie społeczne</w:t>
      </w:r>
    </w:p>
    <w:p w14:paraId="196EB0FC" w14:textId="77777777" w:rsidR="00F2412D" w:rsidRPr="00420A03" w:rsidRDefault="00F2412D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osób z niepełnosprawnościami</w:t>
      </w:r>
    </w:p>
    <w:p w14:paraId="698A3205" w14:textId="6069F6D7" w:rsidR="00F2412D" w:rsidRDefault="00F2412D" w:rsidP="00F2412D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22B8F9D6" w14:textId="77777777" w:rsidR="003C6572" w:rsidRPr="00420A03" w:rsidRDefault="003C6572" w:rsidP="003C6572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innych grup – jakich? ........................................</w:t>
      </w:r>
    </w:p>
    <w:p w14:paraId="7C494A6C" w14:textId="77777777" w:rsidR="003C6572" w:rsidRPr="00420A03" w:rsidRDefault="003C6572" w:rsidP="00F2412D">
      <w:pPr>
        <w:pStyle w:val="Formoption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418FA6E3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29384D02" w14:textId="76A47D4B" w:rsidR="00B67226" w:rsidRPr="00420A03" w:rsidRDefault="007615DD" w:rsidP="007615DD">
            <w:pPr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 xml:space="preserve">  </w:t>
            </w:r>
            <w:r w:rsidR="00D36D7A">
              <w:rPr>
                <w:rFonts w:ascii="Arial Nova" w:hAnsi="Arial Nova"/>
                <w:b/>
                <w:bCs/>
                <w:color w:val="auto"/>
                <w:sz w:val="22"/>
              </w:rPr>
              <w:t>10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FEF11ED" w14:textId="68E34D2F" w:rsidR="00D053D2" w:rsidRPr="00420A03" w:rsidRDefault="00CF63A5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Czy chciałbyś/chciałabyś </w:t>
            </w:r>
            <w:r w:rsidR="00D003AE">
              <w:rPr>
                <w:rFonts w:ascii="Arial Nova" w:hAnsi="Arial Nova"/>
                <w:color w:val="auto"/>
                <w:sz w:val="22"/>
              </w:rPr>
              <w:t xml:space="preserve">aktywnie uczestniczyć w </w:t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 </w:t>
            </w:r>
            <w:r w:rsidR="00D003AE">
              <w:rPr>
                <w:rFonts w:ascii="Arial Nova" w:hAnsi="Arial Nova"/>
                <w:color w:val="auto"/>
                <w:sz w:val="22"/>
              </w:rPr>
              <w:t xml:space="preserve">tworzeniu i realizacji oferty edukacyjno- kulturalnej </w:t>
            </w:r>
            <w:r w:rsidRPr="00420A03">
              <w:rPr>
                <w:rFonts w:ascii="Arial Nova" w:hAnsi="Arial Nova"/>
                <w:color w:val="auto"/>
                <w:sz w:val="22"/>
              </w:rPr>
              <w:t>w MGOK, Muzeum i Bibliotece w Maciejowicach?</w:t>
            </w:r>
          </w:p>
        </w:tc>
      </w:tr>
    </w:tbl>
    <w:p w14:paraId="3F021A9F" w14:textId="77777777" w:rsidR="00D053D2" w:rsidRPr="00420A03" w:rsidRDefault="00D053D2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4EC41C87" w14:textId="5D9D0343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Możesz zaznaczyć kilka form zaangażowania.</w:t>
      </w:r>
    </w:p>
    <w:p w14:paraId="54874DEB" w14:textId="77777777" w:rsidR="00D053D2" w:rsidRPr="00420A03" w:rsidRDefault="00CF63A5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Jeśli wybierasz „nie” lub „trudno powiedzieć”, nie zaznaczaj innych odpowiedzi.</w:t>
      </w:r>
    </w:p>
    <w:p w14:paraId="22DF11C4" w14:textId="77777777" w:rsidR="000C5CCD" w:rsidRPr="00420A03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 – udostępniając fotografie, dokumenty lub pamiątki do prezentacji</w:t>
      </w:r>
    </w:p>
    <w:p w14:paraId="65C51945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 – dzieląc się wspomnieniami lub wiedzą o lokalnej historii</w:t>
      </w:r>
    </w:p>
    <w:p w14:paraId="2945F84B" w14:textId="77777777" w:rsidR="000C5CCD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 – dzieląc się umiejętnościami, np. rzemieślniczymi lub artystycznymi</w:t>
      </w:r>
    </w:p>
    <w:p w14:paraId="40D90C98" w14:textId="3FA909AF" w:rsidR="002F3D96" w:rsidRDefault="002F3D96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</w:t>
      </w:r>
      <w:r w:rsidRPr="00420A03">
        <w:rPr>
          <w:rFonts w:ascii="Arial Nova" w:hAnsi="Arial Nova"/>
          <w:color w:val="auto"/>
          <w:sz w:val="22"/>
        </w:rPr>
        <w:t xml:space="preserve">tak – </w:t>
      </w:r>
      <w:r>
        <w:rPr>
          <w:rFonts w:ascii="Arial Nova" w:hAnsi="Arial Nova"/>
          <w:color w:val="auto"/>
          <w:sz w:val="22"/>
        </w:rPr>
        <w:t>pomagając w pozyskiwaniu materiałów, eksponatów, informacji ze źródeł innych niż własne</w:t>
      </w:r>
    </w:p>
    <w:p w14:paraId="455516F8" w14:textId="5B286691" w:rsidR="002F3D96" w:rsidRPr="002F3D96" w:rsidRDefault="002F3D96">
      <w:pPr>
        <w:pStyle w:val="Formoption"/>
        <w:keepNext/>
        <w:rPr>
          <w:rFonts w:ascii="Arial Nova" w:hAnsi="Arial Nova"/>
          <w:b/>
          <w:bCs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 – dzieląc się</w:t>
      </w:r>
      <w:r>
        <w:rPr>
          <w:rFonts w:ascii="Arial Nova" w:hAnsi="Arial Nova"/>
          <w:color w:val="auto"/>
          <w:sz w:val="22"/>
        </w:rPr>
        <w:t xml:space="preserve"> własną twórczością np. rękodziełem, obrazami </w:t>
      </w:r>
    </w:p>
    <w:p w14:paraId="47477910" w14:textId="040B4EC2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nie</w:t>
      </w:r>
    </w:p>
    <w:p w14:paraId="1BFC3075" w14:textId="77777777" w:rsidR="00D053D2" w:rsidRDefault="006125D8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6EDD6411" w14:textId="77777777" w:rsidR="003C6572" w:rsidRPr="00420A03" w:rsidRDefault="003C6572" w:rsidP="003C6572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 – w inny sposób: ........................................</w:t>
      </w:r>
    </w:p>
    <w:p w14:paraId="34DBC395" w14:textId="77777777" w:rsidR="00D053D2" w:rsidRPr="00420A03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0F9B5F61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DEB051E" w14:textId="6BA7EB3B" w:rsidR="00B67226" w:rsidRPr="00420A03" w:rsidRDefault="00D36D7A">
            <w:pPr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 xml:space="preserve"> </w:t>
            </w:r>
            <w:r w:rsidR="006125D8"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1</w:t>
            </w:r>
            <w:r>
              <w:rPr>
                <w:rFonts w:ascii="Arial Nova" w:hAnsi="Arial Nova"/>
                <w:b/>
                <w:bCs/>
                <w:color w:val="auto"/>
                <w:sz w:val="22"/>
              </w:rPr>
              <w:t>1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C302F81" w14:textId="77777777" w:rsidR="00D053D2" w:rsidRPr="00420A03" w:rsidRDefault="006125D8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Czy chciałbyś/chciałabyś uczestniczyć w zajęciach lub wydarzeniach oferowanych przez MGOK, Muzeum i Bibliotekę w Maciejowicach?</w:t>
            </w:r>
          </w:p>
        </w:tc>
      </w:tr>
    </w:tbl>
    <w:p w14:paraId="5477B3C6" w14:textId="6B93049E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Zaznacz jedną odpowiedź.</w:t>
      </w:r>
    </w:p>
    <w:p w14:paraId="0F389E4E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zdecydowanie tak</w:t>
      </w:r>
    </w:p>
    <w:p w14:paraId="0A1DD4FB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raczej tak</w:t>
      </w:r>
    </w:p>
    <w:p w14:paraId="35804EF7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raczej nie</w:t>
      </w:r>
    </w:p>
    <w:p w14:paraId="166232E6" w14:textId="77777777" w:rsidR="00D053D2" w:rsidRPr="00420A03" w:rsidRDefault="006125D8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zdecydowanie nie</w:t>
      </w:r>
    </w:p>
    <w:p w14:paraId="4C6F8640" w14:textId="167E619C" w:rsidR="00F2412D" w:rsidRPr="00420A03" w:rsidRDefault="006125D8" w:rsidP="00F2412D">
      <w:pPr>
        <w:pStyle w:val="Formoption"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trudno powiedzieć</w:t>
      </w:r>
    </w:p>
    <w:p w14:paraId="2AD14FE3" w14:textId="77777777" w:rsidR="00F2412D" w:rsidRPr="00420A03" w:rsidRDefault="00F2412D" w:rsidP="00F2412D">
      <w:pPr>
        <w:pStyle w:val="Formoption"/>
        <w:rPr>
          <w:rFonts w:ascii="Arial Nova" w:hAnsi="Arial Nova"/>
          <w:color w:val="auto"/>
          <w:sz w:val="22"/>
        </w:rPr>
      </w:pPr>
    </w:p>
    <w:p w14:paraId="5C761B7D" w14:textId="77777777" w:rsidR="00D053D2" w:rsidRPr="00420A03" w:rsidRDefault="00D053D2">
      <w:pPr>
        <w:pStyle w:val="Formspacer"/>
        <w:keepNext/>
        <w:spacing w:line="2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47C89103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3A097BA1" w14:textId="77777777" w:rsidR="00D053D2" w:rsidRPr="00420A03" w:rsidRDefault="00D053D2">
            <w:pPr>
              <w:pStyle w:val="Formnumber"/>
              <w:keepNext/>
              <w:jc w:val="center"/>
              <w:rPr>
                <w:rFonts w:ascii="Arial Nova" w:hAnsi="Arial Nova"/>
                <w:color w:val="auto"/>
              </w:rPr>
            </w:pPr>
          </w:p>
        </w:tc>
        <w:tc>
          <w:tcPr>
            <w:tcW w:w="9383" w:type="dxa"/>
            <w:shd w:val="clear" w:color="auto" w:fill="F9CEC2" w:themeFill="accent1" w:themeFillTint="33"/>
            <w:tcMar>
              <w:top w:w="115" w:type="dxa"/>
              <w:left w:w="155" w:type="dxa"/>
              <w:bottom w:w="115" w:type="dxa"/>
              <w:right w:w="155" w:type="dxa"/>
            </w:tcMar>
            <w:vAlign w:val="center"/>
          </w:tcPr>
          <w:p w14:paraId="18D89493" w14:textId="77777777" w:rsidR="00D053D2" w:rsidRPr="00420A03" w:rsidRDefault="006125D8">
            <w:pPr>
              <w:pStyle w:val="Formsec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Twoje uczestnictwo i dodatkowe uwagi</w:t>
            </w:r>
          </w:p>
        </w:tc>
      </w:tr>
    </w:tbl>
    <w:p w14:paraId="1AFA823C" w14:textId="77777777" w:rsidR="005067E4" w:rsidRPr="00420A03" w:rsidRDefault="005067E4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p w14:paraId="1762FC36" w14:textId="77777777" w:rsidR="005067E4" w:rsidRPr="00420A03" w:rsidRDefault="005067E4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ED6E63" w:rsidRPr="00420A03" w14:paraId="2EFB51CB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B7250E0" w14:textId="00CE4593" w:rsidR="00B67226" w:rsidRPr="00420A03" w:rsidRDefault="006125D8" w:rsidP="00A8386A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1</w:t>
            </w:r>
            <w:r w:rsidR="00D36D7A">
              <w:rPr>
                <w:rFonts w:ascii="Arial Nova" w:hAnsi="Arial Nova"/>
                <w:b/>
                <w:bCs/>
                <w:color w:val="auto"/>
                <w:sz w:val="22"/>
              </w:rPr>
              <w:t>2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7B95701F" w14:textId="7F232DA9" w:rsidR="00ED6E63" w:rsidRPr="00420A03" w:rsidRDefault="00ED6E63" w:rsidP="00CF63A5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Jakie inne uwagi lub propozycje dotyczące przyszłej oferty MGOK, Muzeum </w:t>
            </w:r>
            <w:r w:rsidR="00A8386A" w:rsidRPr="00420A03">
              <w:rPr>
                <w:rFonts w:ascii="Arial Nova" w:hAnsi="Arial Nova"/>
                <w:color w:val="auto"/>
                <w:sz w:val="22"/>
              </w:rPr>
              <w:br/>
            </w:r>
            <w:r w:rsidRPr="00420A03">
              <w:rPr>
                <w:rFonts w:ascii="Arial Nova" w:hAnsi="Arial Nova"/>
                <w:color w:val="auto"/>
                <w:sz w:val="22"/>
              </w:rPr>
              <w:t xml:space="preserve">i Biblioteki w Maciejowicach </w:t>
            </w:r>
            <w:r w:rsidR="00CA30A7">
              <w:rPr>
                <w:rFonts w:ascii="Arial Nova" w:hAnsi="Arial Nova"/>
                <w:color w:val="auto"/>
                <w:sz w:val="22"/>
              </w:rPr>
              <w:t xml:space="preserve">lub planowanej przebudowy ratusza </w:t>
            </w:r>
            <w:r w:rsidRPr="00420A03">
              <w:rPr>
                <w:rFonts w:ascii="Arial Nova" w:hAnsi="Arial Nova"/>
                <w:color w:val="auto"/>
                <w:sz w:val="22"/>
              </w:rPr>
              <w:t>chcesz zgłosić?</w:t>
            </w:r>
          </w:p>
        </w:tc>
      </w:tr>
    </w:tbl>
    <w:p w14:paraId="4297FD68" w14:textId="1376A8F4" w:rsidR="00ED6E63" w:rsidRPr="00420A03" w:rsidRDefault="00ED6E63" w:rsidP="00ED6E63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</w:p>
    <w:p w14:paraId="5BE158EB" w14:textId="77777777" w:rsidR="00ED6E63" w:rsidRPr="00420A03" w:rsidRDefault="00ED6E63" w:rsidP="00ED6E63">
      <w:pPr>
        <w:pStyle w:val="Formfield"/>
        <w:keepNext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6F1D1CEA" w14:textId="77777777" w:rsidR="00ED6E63" w:rsidRPr="00420A03" w:rsidRDefault="00ED6E63" w:rsidP="00ED6E63">
      <w:pPr>
        <w:pStyle w:val="Formfield"/>
        <w:pBdr>
          <w:bottom w:val="single" w:sz="4" w:space="1" w:color="B8C6BE"/>
          <w:between w:val="single" w:sz="4" w:space="1" w:color="B8C6BE"/>
        </w:pBdr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4AEB2C47" w14:textId="77777777" w:rsidR="00ED6E63" w:rsidRPr="00420A03" w:rsidRDefault="00ED6E63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p w14:paraId="126D8429" w14:textId="77777777" w:rsidR="000C5CCD" w:rsidRPr="00420A03" w:rsidRDefault="000C5CCD">
      <w:pPr>
        <w:pStyle w:val="Formspacer"/>
        <w:keepNext/>
        <w:spacing w:line="14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D053D2" w:rsidRPr="00420A03" w14:paraId="150139B9" w14:textId="77777777" w:rsidTr="000C5CCD">
        <w:trPr>
          <w:cantSplit/>
          <w:jc w:val="center"/>
        </w:trPr>
        <w:tc>
          <w:tcPr>
            <w:tcW w:w="9978" w:type="dxa"/>
            <w:shd w:val="clear" w:color="auto" w:fill="7B230B" w:themeFill="accent1" w:themeFillShade="BF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 w14:paraId="33DBDEDB" w14:textId="77777777" w:rsidR="00D053D2" w:rsidRPr="00420A03" w:rsidRDefault="006125D8" w:rsidP="000C5CCD">
            <w:pPr>
              <w:pStyle w:val="Formsection"/>
              <w:keepNext/>
              <w:jc w:val="center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Cs w:val="28"/>
              </w:rPr>
              <w:t>Metryczka</w:t>
            </w:r>
          </w:p>
        </w:tc>
      </w:tr>
    </w:tbl>
    <w:p w14:paraId="6B103097" w14:textId="77777777" w:rsidR="00D053D2" w:rsidRPr="00420A03" w:rsidRDefault="00D053D2">
      <w:pPr>
        <w:pStyle w:val="Formspacer"/>
        <w:keepNext/>
        <w:spacing w:line="100" w:lineRule="exact"/>
        <w:rPr>
          <w:rFonts w:ascii="Arial Nova" w:hAnsi="Arial Nova"/>
          <w:color w:val="auto"/>
          <w:sz w:val="22"/>
        </w:rPr>
      </w:pPr>
    </w:p>
    <w:p w14:paraId="67250E82" w14:textId="179CD6AC" w:rsidR="00D053D2" w:rsidRPr="00420A03" w:rsidRDefault="00133D8F" w:rsidP="00CF63A5">
      <w:pPr>
        <w:pStyle w:val="Forminstruction"/>
        <w:keepNext/>
        <w:jc w:val="both"/>
        <w:rPr>
          <w:rFonts w:ascii="Arial Nova" w:hAnsi="Arial Nova"/>
          <w:color w:val="auto"/>
          <w:sz w:val="22"/>
        </w:rPr>
      </w:pPr>
      <w:r>
        <w:rPr>
          <w:rFonts w:ascii="Arial Nova" w:hAnsi="Arial Nova"/>
          <w:color w:val="auto"/>
          <w:sz w:val="22"/>
        </w:rPr>
        <w:t>Ankieta jest anonimowa a p</w:t>
      </w:r>
      <w:r w:rsidR="006125D8" w:rsidRPr="00420A03">
        <w:rPr>
          <w:rFonts w:ascii="Arial Nova" w:hAnsi="Arial Nova"/>
          <w:color w:val="auto"/>
          <w:sz w:val="22"/>
        </w:rPr>
        <w:t>oniższe informacje po</w:t>
      </w:r>
      <w:r>
        <w:rPr>
          <w:rFonts w:ascii="Arial Nova" w:hAnsi="Arial Nova"/>
          <w:color w:val="auto"/>
          <w:sz w:val="22"/>
        </w:rPr>
        <w:t>służą do</w:t>
      </w:r>
      <w:r w:rsidR="006125D8" w:rsidRPr="00420A03">
        <w:rPr>
          <w:rFonts w:ascii="Arial Nova" w:hAnsi="Arial Nova"/>
          <w:color w:val="auto"/>
          <w:sz w:val="22"/>
        </w:rPr>
        <w:t xml:space="preserve"> opisa</w:t>
      </w:r>
      <w:r>
        <w:rPr>
          <w:rFonts w:ascii="Arial Nova" w:hAnsi="Arial Nova"/>
          <w:color w:val="auto"/>
          <w:sz w:val="22"/>
        </w:rPr>
        <w:t>nia</w:t>
      </w:r>
      <w:r w:rsidR="006125D8" w:rsidRPr="00420A03">
        <w:rPr>
          <w:rFonts w:ascii="Arial Nova" w:hAnsi="Arial Nova"/>
          <w:color w:val="auto"/>
          <w:sz w:val="22"/>
        </w:rPr>
        <w:t xml:space="preserve"> udział</w:t>
      </w:r>
      <w:r>
        <w:rPr>
          <w:rFonts w:ascii="Arial Nova" w:hAnsi="Arial Nova"/>
          <w:color w:val="auto"/>
          <w:sz w:val="22"/>
        </w:rPr>
        <w:t>u</w:t>
      </w:r>
      <w:r w:rsidR="006125D8" w:rsidRPr="00420A03">
        <w:rPr>
          <w:rFonts w:ascii="Arial Nova" w:hAnsi="Arial Nova"/>
          <w:color w:val="auto"/>
          <w:sz w:val="22"/>
        </w:rPr>
        <w:t xml:space="preserve"> różnych grup mieszkańców </w:t>
      </w:r>
      <w:r w:rsidR="00F2412D" w:rsidRPr="00420A03">
        <w:rPr>
          <w:rFonts w:ascii="Arial Nova" w:hAnsi="Arial Nova"/>
          <w:color w:val="auto"/>
          <w:sz w:val="22"/>
        </w:rPr>
        <w:br/>
      </w:r>
      <w:r w:rsidR="006125D8" w:rsidRPr="00420A03">
        <w:rPr>
          <w:rFonts w:ascii="Arial Nova" w:hAnsi="Arial Nova"/>
          <w:color w:val="auto"/>
          <w:sz w:val="22"/>
        </w:rPr>
        <w:t xml:space="preserve">w konsultacjach. </w:t>
      </w:r>
      <w:r>
        <w:rPr>
          <w:rFonts w:ascii="Arial Nova" w:hAnsi="Arial Nova"/>
          <w:color w:val="auto"/>
          <w:sz w:val="22"/>
        </w:rPr>
        <w:t xml:space="preserve">Prosimy o </w:t>
      </w:r>
      <w:r w:rsidR="006125D8" w:rsidRPr="00420A03">
        <w:rPr>
          <w:rFonts w:ascii="Arial Nova" w:hAnsi="Arial Nova"/>
          <w:color w:val="auto"/>
          <w:sz w:val="22"/>
        </w:rPr>
        <w:t>zaznacz</w:t>
      </w:r>
      <w:r>
        <w:rPr>
          <w:rFonts w:ascii="Arial Nova" w:hAnsi="Arial Nova"/>
          <w:color w:val="auto"/>
          <w:sz w:val="22"/>
        </w:rPr>
        <w:t>enie</w:t>
      </w:r>
      <w:r w:rsidR="006125D8" w:rsidRPr="00420A03">
        <w:rPr>
          <w:rFonts w:ascii="Arial Nova" w:hAnsi="Arial Nova"/>
          <w:color w:val="auto"/>
          <w:sz w:val="22"/>
        </w:rPr>
        <w:t xml:space="preserve"> jedn</w:t>
      </w:r>
      <w:r>
        <w:rPr>
          <w:rFonts w:ascii="Arial Nova" w:hAnsi="Arial Nova"/>
          <w:color w:val="auto"/>
          <w:sz w:val="22"/>
        </w:rPr>
        <w:t>ej</w:t>
      </w:r>
      <w:r w:rsidR="006125D8" w:rsidRPr="00420A03">
        <w:rPr>
          <w:rFonts w:ascii="Arial Nova" w:hAnsi="Arial Nova"/>
          <w:color w:val="auto"/>
          <w:sz w:val="22"/>
        </w:rPr>
        <w:t xml:space="preserve"> odpowied</w:t>
      </w:r>
      <w:r>
        <w:rPr>
          <w:rFonts w:ascii="Arial Nova" w:hAnsi="Arial Nova"/>
          <w:color w:val="auto"/>
          <w:sz w:val="22"/>
        </w:rPr>
        <w:t>zi w każdym pytaniu</w:t>
      </w:r>
      <w:r w:rsidR="006125D8" w:rsidRPr="00420A03">
        <w:rPr>
          <w:rFonts w:ascii="Arial Nova" w:hAnsi="Arial Nova"/>
          <w:color w:val="auto"/>
          <w:sz w:val="22"/>
        </w:rPr>
        <w:t>.</w:t>
      </w:r>
    </w:p>
    <w:p w14:paraId="13AA8299" w14:textId="77777777" w:rsidR="00D053D2" w:rsidRPr="00420A03" w:rsidRDefault="00D053D2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72C3FA99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F60D43E" w14:textId="77777777" w:rsidR="00B67226" w:rsidRPr="00420A03" w:rsidRDefault="006125D8">
            <w:pPr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A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10BB0BE5" w14:textId="77777777" w:rsidR="00D053D2" w:rsidRPr="00420A03" w:rsidRDefault="006125D8">
            <w:pPr>
              <w:pStyle w:val="Formques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Do której grupy wiekowej należysz?</w:t>
            </w:r>
          </w:p>
        </w:tc>
      </w:tr>
    </w:tbl>
    <w:p w14:paraId="1CBDA071" w14:textId="72BC276F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Zaznacz jedną odpowiedź. 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053D2" w:rsidRPr="00420A03" w14:paraId="43B59ED6" w14:textId="77777777">
        <w:trPr>
          <w:cantSplit/>
          <w:jc w:val="center"/>
        </w:trPr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0DD47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do 12 lat</w:t>
            </w:r>
          </w:p>
        </w:tc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B88B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13–17 lat</w:t>
            </w:r>
          </w:p>
        </w:tc>
      </w:tr>
      <w:tr w:rsidR="00D053D2" w:rsidRPr="00420A03" w14:paraId="71087D95" w14:textId="77777777">
        <w:trPr>
          <w:cantSplit/>
          <w:jc w:val="center"/>
        </w:trPr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B58A0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18–29 lat</w:t>
            </w:r>
          </w:p>
        </w:tc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3C6A5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30–39 lat</w:t>
            </w:r>
          </w:p>
        </w:tc>
      </w:tr>
      <w:tr w:rsidR="00D053D2" w:rsidRPr="00420A03" w14:paraId="4FE838F8" w14:textId="77777777">
        <w:trPr>
          <w:cantSplit/>
          <w:jc w:val="center"/>
        </w:trPr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6AE91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40–49 lat</w:t>
            </w:r>
          </w:p>
        </w:tc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3F12D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50–59 lat</w:t>
            </w:r>
          </w:p>
        </w:tc>
      </w:tr>
      <w:tr w:rsidR="00D053D2" w:rsidRPr="00420A03" w14:paraId="7E4C94F5" w14:textId="77777777">
        <w:trPr>
          <w:cantSplit/>
          <w:jc w:val="center"/>
        </w:trPr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520B" w14:textId="77777777" w:rsidR="00D053D2" w:rsidRPr="00420A03" w:rsidRDefault="006125D8">
            <w:pPr>
              <w:pStyle w:val="Formop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60 lat i więcej</w:t>
            </w:r>
          </w:p>
        </w:tc>
        <w:tc>
          <w:tcPr>
            <w:tcW w:w="4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4291" w14:textId="77777777" w:rsidR="00D053D2" w:rsidRPr="00420A03" w:rsidRDefault="006125D8">
            <w:pPr>
              <w:pStyle w:val="Formoption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Segoe UI Symbol" w:hAnsi="Segoe UI Symbol" w:cs="Segoe UI Symbol"/>
                <w:color w:val="auto"/>
                <w:sz w:val="22"/>
              </w:rPr>
              <w:t>☐</w:t>
            </w:r>
            <w:r w:rsidRPr="00420A03">
              <w:rPr>
                <w:rFonts w:ascii="Arial Nova" w:hAnsi="Arial Nova"/>
                <w:color w:val="auto"/>
                <w:sz w:val="22"/>
              </w:rPr>
              <w:tab/>
              <w:t>wolę nie podawać</w:t>
            </w:r>
          </w:p>
        </w:tc>
      </w:tr>
    </w:tbl>
    <w:p w14:paraId="5A5C03FF" w14:textId="77777777" w:rsidR="007615DD" w:rsidRPr="00420A03" w:rsidRDefault="007615DD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36B41E59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794B791C" w14:textId="77777777" w:rsidR="00B67226" w:rsidRPr="00420A03" w:rsidRDefault="006125D8" w:rsidP="00A8386A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B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5F72159D" w14:textId="77777777" w:rsidR="00D053D2" w:rsidRPr="00420A03" w:rsidRDefault="006125D8">
            <w:pPr>
              <w:pStyle w:val="Formques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Gdzie mieszkasz?</w:t>
            </w:r>
          </w:p>
        </w:tc>
      </w:tr>
    </w:tbl>
    <w:p w14:paraId="36FD0EE7" w14:textId="77777777" w:rsidR="00D053D2" w:rsidRPr="00420A03" w:rsidRDefault="00D053D2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25319434" w14:textId="77777777" w:rsidR="00D053D2" w:rsidRPr="00420A03" w:rsidRDefault="006125D8">
      <w:pPr>
        <w:pStyle w:val="Forminstruc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>Zaznacz jedną odpowiedź.</w:t>
      </w:r>
    </w:p>
    <w:p w14:paraId="516D81E7" w14:textId="69E1BDF8" w:rsidR="00D053D2" w:rsidRPr="00420A03" w:rsidRDefault="006125D8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 Maciejowicach</w:t>
      </w:r>
      <w:r w:rsidR="00F2412D" w:rsidRPr="00420A03">
        <w:rPr>
          <w:rFonts w:ascii="Arial Nova" w:hAnsi="Arial Nova"/>
          <w:color w:val="auto"/>
          <w:sz w:val="22"/>
        </w:rPr>
        <w:t xml:space="preserve">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="00F2412D" w:rsidRPr="00420A03">
        <w:rPr>
          <w:rFonts w:ascii="Arial Nova" w:hAnsi="Arial Nova"/>
          <w:color w:val="auto"/>
          <w:sz w:val="22"/>
        </w:rPr>
        <w:t xml:space="preserve">   </w:t>
      </w:r>
      <w:r w:rsidRPr="00420A03">
        <w:rPr>
          <w:rFonts w:ascii="Arial Nova" w:hAnsi="Arial Nova"/>
          <w:color w:val="auto"/>
          <w:sz w:val="22"/>
        </w:rPr>
        <w:t>w innej miejscowości gminy Maciejowice</w:t>
      </w:r>
      <w:r w:rsidR="00F2412D" w:rsidRPr="00420A03">
        <w:rPr>
          <w:rFonts w:ascii="Arial Nova" w:hAnsi="Arial Nova"/>
          <w:color w:val="auto"/>
          <w:sz w:val="22"/>
        </w:rPr>
        <w:t xml:space="preserve">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poza gminą Maciejowice</w:t>
      </w:r>
    </w:p>
    <w:p w14:paraId="312C74B3" w14:textId="77777777" w:rsidR="000C5CCD" w:rsidRPr="00420A03" w:rsidRDefault="000C5CCD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62A77AF2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CD38D74" w14:textId="77777777" w:rsidR="00B67226" w:rsidRPr="00420A03" w:rsidRDefault="006125D8" w:rsidP="00A8386A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 w:rsidRPr="00420A03">
              <w:rPr>
                <w:rFonts w:ascii="Arial Nova" w:hAnsi="Arial Nova"/>
                <w:b/>
                <w:bCs/>
                <w:color w:val="auto"/>
                <w:sz w:val="22"/>
              </w:rPr>
              <w:t>C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2AE65DC1" w14:textId="0283D1E9" w:rsidR="00D053D2" w:rsidRPr="00420A03" w:rsidRDefault="00A8386A">
            <w:pPr>
              <w:pStyle w:val="Formques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Płeć:</w:t>
            </w:r>
          </w:p>
        </w:tc>
      </w:tr>
    </w:tbl>
    <w:p w14:paraId="4E247AD8" w14:textId="77777777" w:rsidR="00D053D2" w:rsidRPr="00420A03" w:rsidRDefault="00D053D2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5AA6B4E0" w14:textId="520C207F" w:rsidR="00D053D2" w:rsidRPr="00420A03" w:rsidRDefault="006125D8" w:rsidP="00F2412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Kobieta</w:t>
      </w:r>
      <w:r w:rsidR="00F2412D" w:rsidRPr="00420A03">
        <w:rPr>
          <w:rFonts w:ascii="Arial Nova" w:hAnsi="Arial Nova"/>
          <w:color w:val="auto"/>
          <w:sz w:val="22"/>
        </w:rPr>
        <w:t xml:space="preserve">               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Mężczyzna</w:t>
      </w:r>
      <w:r w:rsidR="00F2412D" w:rsidRPr="00420A03">
        <w:rPr>
          <w:rFonts w:ascii="Arial Nova" w:hAnsi="Arial Nova"/>
          <w:color w:val="auto"/>
          <w:sz w:val="22"/>
        </w:rPr>
        <w:t xml:space="preserve">              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Wolę nie podawać</w:t>
      </w:r>
    </w:p>
    <w:p w14:paraId="6B71E691" w14:textId="77777777" w:rsidR="000C5CCD" w:rsidRPr="00420A03" w:rsidRDefault="000C5CCD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0C5CCD" w:rsidRPr="00420A03" w14:paraId="3482343A" w14:textId="77777777" w:rsidTr="00352BEF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7457A8A" w14:textId="014ED98F" w:rsidR="000C5CCD" w:rsidRPr="00420A03" w:rsidRDefault="00D003AE" w:rsidP="00352BEF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D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4F7AC91D" w14:textId="49AAC701" w:rsidR="000C5CCD" w:rsidRPr="00420A03" w:rsidRDefault="000C5CCD" w:rsidP="00352BEF">
            <w:pPr>
              <w:pStyle w:val="Formquestion"/>
              <w:keepNext/>
              <w:jc w:val="both"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 xml:space="preserve">Czy zajmujesz się działalnością artystyczną, twórczą lub rzemieślniczą – zawodowo </w:t>
            </w:r>
            <w:r w:rsidRPr="00420A03">
              <w:rPr>
                <w:rFonts w:ascii="Arial Nova" w:hAnsi="Arial Nova"/>
                <w:color w:val="auto"/>
                <w:sz w:val="22"/>
              </w:rPr>
              <w:br/>
              <w:t>albo hobbystycznie?</w:t>
            </w:r>
          </w:p>
        </w:tc>
      </w:tr>
    </w:tbl>
    <w:p w14:paraId="021A74FC" w14:textId="77777777" w:rsidR="000C5CCD" w:rsidRPr="00420A03" w:rsidRDefault="000C5CCD" w:rsidP="000C5CCD">
      <w:pPr>
        <w:pStyle w:val="Formspacer"/>
        <w:keepNext/>
        <w:rPr>
          <w:rFonts w:ascii="Arial Nova" w:hAnsi="Arial Nova"/>
          <w:color w:val="auto"/>
          <w:sz w:val="22"/>
        </w:rPr>
      </w:pPr>
      <w:r w:rsidRPr="00420A03">
        <w:rPr>
          <w:rFonts w:ascii="Arial Nova" w:hAnsi="Arial Nova"/>
          <w:color w:val="auto"/>
          <w:sz w:val="22"/>
        </w:rPr>
        <w:t xml:space="preserve"> </w:t>
      </w:r>
    </w:p>
    <w:p w14:paraId="4C0687D7" w14:textId="77777777" w:rsidR="000C5CCD" w:rsidRPr="00420A03" w:rsidRDefault="000C5CCD" w:rsidP="000C5CCD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Tak                     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 xml:space="preserve">Nie                            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Wolę nie podawać</w:t>
      </w:r>
    </w:p>
    <w:p w14:paraId="569C1B75" w14:textId="77777777" w:rsidR="000C5CCD" w:rsidRPr="00420A03" w:rsidRDefault="000C5CCD">
      <w:pPr>
        <w:pStyle w:val="Formspacer"/>
        <w:keepNext/>
        <w:spacing w:line="160" w:lineRule="exact"/>
        <w:rPr>
          <w:rFonts w:ascii="Arial Nova" w:hAnsi="Arial Nova"/>
          <w:color w:val="auto"/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53D2" w:rsidRPr="00420A03" w14:paraId="200DBEE2" w14:textId="77777777" w:rsidTr="002F7E6E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6B72D8F3" w14:textId="2AA92F3B" w:rsidR="00B67226" w:rsidRPr="00420A03" w:rsidRDefault="00D003AE" w:rsidP="00A8386A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E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2FF9DFDC" w14:textId="77777777" w:rsidR="00D053D2" w:rsidRPr="00420A03" w:rsidRDefault="006125D8">
            <w:pPr>
              <w:pStyle w:val="Formquestion"/>
              <w:keepNext/>
              <w:rPr>
                <w:rFonts w:ascii="Arial Nova" w:hAnsi="Arial Nova"/>
                <w:color w:val="auto"/>
                <w:sz w:val="22"/>
              </w:rPr>
            </w:pPr>
            <w:r w:rsidRPr="00420A03">
              <w:rPr>
                <w:rFonts w:ascii="Arial Nova" w:hAnsi="Arial Nova"/>
                <w:color w:val="auto"/>
                <w:sz w:val="22"/>
              </w:rPr>
              <w:t>Czy jesteś osobą z niepełnosprawnością?</w:t>
            </w:r>
          </w:p>
        </w:tc>
      </w:tr>
    </w:tbl>
    <w:p w14:paraId="4A60B446" w14:textId="77777777" w:rsidR="00D053D2" w:rsidRPr="00420A03" w:rsidRDefault="00D053D2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53C36275" w14:textId="11EDD683" w:rsidR="00D053D2" w:rsidRDefault="006125D8" w:rsidP="002017E2">
      <w:pPr>
        <w:pStyle w:val="Formoption"/>
        <w:keepNext/>
        <w:rPr>
          <w:rFonts w:ascii="Arial Nova" w:hAnsi="Arial Nova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Tak</w:t>
      </w:r>
      <w:r w:rsidR="00F2412D" w:rsidRPr="00420A03">
        <w:rPr>
          <w:rFonts w:ascii="Arial Nova" w:hAnsi="Arial Nova"/>
          <w:color w:val="auto"/>
          <w:sz w:val="22"/>
        </w:rPr>
        <w:t xml:space="preserve">                           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Nie</w:t>
      </w:r>
      <w:r w:rsidR="00F2412D" w:rsidRPr="00420A03">
        <w:rPr>
          <w:rFonts w:ascii="Arial Nova" w:hAnsi="Arial Nova"/>
          <w:color w:val="auto"/>
          <w:sz w:val="22"/>
        </w:rPr>
        <w:t xml:space="preserve">                                  </w:t>
      </w:r>
      <w:r w:rsidR="000C5CCD" w:rsidRPr="00420A03">
        <w:rPr>
          <w:rFonts w:ascii="Arial Nova" w:hAnsi="Arial Nova"/>
          <w:color w:val="auto"/>
          <w:sz w:val="22"/>
        </w:rPr>
        <w:t xml:space="preserve"> </w:t>
      </w: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420A03">
        <w:rPr>
          <w:rFonts w:ascii="Arial Nova" w:hAnsi="Arial Nova"/>
          <w:color w:val="auto"/>
          <w:sz w:val="22"/>
        </w:rPr>
        <w:tab/>
        <w:t>Wolę nie podawać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9383"/>
      </w:tblGrid>
      <w:tr w:rsidR="00D003AE" w:rsidRPr="00420A03" w14:paraId="4851275B" w14:textId="77777777" w:rsidTr="00C235D6">
        <w:trPr>
          <w:cantSplit/>
          <w:jc w:val="center"/>
        </w:trPr>
        <w:tc>
          <w:tcPr>
            <w:tcW w:w="595" w:type="dxa"/>
            <w:shd w:val="clear" w:color="auto" w:fill="7B230B" w:themeFill="accent1" w:themeFillShade="BF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330EBF5" w14:textId="457FC044" w:rsidR="00D003AE" w:rsidRPr="00420A03" w:rsidRDefault="00D003AE" w:rsidP="00C235D6">
            <w:pPr>
              <w:jc w:val="center"/>
              <w:rPr>
                <w:rFonts w:ascii="Arial Nova" w:hAnsi="Arial Nova"/>
                <w:b/>
                <w:bCs/>
                <w:color w:val="auto"/>
                <w:sz w:val="22"/>
              </w:rPr>
            </w:pPr>
            <w:r>
              <w:rPr>
                <w:rFonts w:ascii="Arial Nova" w:hAnsi="Arial Nova"/>
                <w:b/>
                <w:bCs/>
                <w:color w:val="auto"/>
                <w:sz w:val="22"/>
              </w:rPr>
              <w:t>F</w:t>
            </w:r>
          </w:p>
        </w:tc>
        <w:tc>
          <w:tcPr>
            <w:tcW w:w="9383" w:type="dxa"/>
            <w:tcMar>
              <w:top w:w="70" w:type="dxa"/>
              <w:left w:w="80" w:type="dxa"/>
              <w:bottom w:w="70" w:type="dxa"/>
              <w:right w:w="125" w:type="dxa"/>
            </w:tcMar>
            <w:vAlign w:val="center"/>
          </w:tcPr>
          <w:p w14:paraId="06D8DADE" w14:textId="3324A3F3" w:rsidR="00D003AE" w:rsidRPr="00420A03" w:rsidRDefault="00D003AE" w:rsidP="00C235D6">
            <w:pPr>
              <w:pStyle w:val="Formquestion"/>
              <w:keepNext/>
              <w:rPr>
                <w:rFonts w:ascii="Arial Nova" w:hAnsi="Arial Nova"/>
                <w:color w:val="auto"/>
                <w:sz w:val="22"/>
              </w:rPr>
            </w:pPr>
            <w:r>
              <w:rPr>
                <w:rFonts w:ascii="Arial Nova" w:hAnsi="Arial Nova"/>
                <w:color w:val="auto"/>
                <w:sz w:val="22"/>
              </w:rPr>
              <w:t>Jaką grupę społeczną reprezentujesz</w:t>
            </w:r>
            <w:r w:rsidRPr="00420A03">
              <w:rPr>
                <w:rFonts w:ascii="Arial Nova" w:hAnsi="Arial Nova"/>
                <w:color w:val="auto"/>
                <w:sz w:val="22"/>
              </w:rPr>
              <w:t>?</w:t>
            </w:r>
          </w:p>
        </w:tc>
      </w:tr>
    </w:tbl>
    <w:p w14:paraId="6C5F9B13" w14:textId="77777777" w:rsidR="00D003AE" w:rsidRPr="00420A03" w:rsidRDefault="00D003AE" w:rsidP="00D003AE">
      <w:pPr>
        <w:pStyle w:val="Formspacer"/>
        <w:keepNext/>
        <w:rPr>
          <w:rFonts w:ascii="Arial Nova" w:hAnsi="Arial Nova"/>
          <w:color w:val="auto"/>
          <w:sz w:val="22"/>
        </w:rPr>
      </w:pPr>
    </w:p>
    <w:p w14:paraId="7B81CAFC" w14:textId="624A958F" w:rsidR="00D003AE" w:rsidRPr="007615DD" w:rsidRDefault="00D003AE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7615DD">
        <w:rPr>
          <w:rFonts w:ascii="Segoe UI Symbol" w:hAnsi="Segoe UI Symbol" w:cs="Segoe UI Symbol"/>
          <w:color w:val="auto"/>
          <w:sz w:val="22"/>
        </w:rPr>
        <w:tab/>
        <w:t>przedstawiciel organizacji pozarz</w:t>
      </w:r>
      <w:r w:rsidRPr="007615DD">
        <w:rPr>
          <w:rFonts w:ascii="Calibri" w:hAnsi="Calibri" w:cs="Calibri"/>
          <w:color w:val="auto"/>
          <w:sz w:val="22"/>
        </w:rPr>
        <w:t>ą</w:t>
      </w:r>
      <w:r w:rsidRPr="007615DD">
        <w:rPr>
          <w:rFonts w:ascii="Segoe UI Symbol" w:hAnsi="Segoe UI Symbol" w:cs="Segoe UI Symbol"/>
          <w:color w:val="auto"/>
          <w:sz w:val="22"/>
        </w:rPr>
        <w:t xml:space="preserve">dowej (stowarzyszenie, fundacja, </w:t>
      </w:r>
      <w:r w:rsidR="007615DD" w:rsidRPr="007615DD">
        <w:rPr>
          <w:rFonts w:ascii="Segoe UI Symbol" w:hAnsi="Segoe UI Symbol" w:cs="Segoe UI Symbol"/>
          <w:color w:val="auto"/>
          <w:sz w:val="22"/>
        </w:rPr>
        <w:t>ko</w:t>
      </w:r>
      <w:r w:rsidR="007615DD" w:rsidRPr="007615DD">
        <w:rPr>
          <w:rFonts w:ascii="Calibri" w:hAnsi="Calibri" w:cs="Calibri"/>
          <w:color w:val="auto"/>
          <w:sz w:val="22"/>
        </w:rPr>
        <w:t>ł</w:t>
      </w:r>
      <w:r w:rsidR="007615DD" w:rsidRPr="007615DD">
        <w:rPr>
          <w:rFonts w:ascii="Segoe UI Symbol" w:hAnsi="Segoe UI Symbol" w:cs="Segoe UI Symbol"/>
          <w:color w:val="auto"/>
          <w:sz w:val="22"/>
        </w:rPr>
        <w:t>o gospody</w:t>
      </w:r>
      <w:r w:rsidR="007615DD" w:rsidRPr="007615DD">
        <w:rPr>
          <w:rFonts w:ascii="Calibri" w:hAnsi="Calibri" w:cs="Calibri"/>
          <w:color w:val="auto"/>
          <w:sz w:val="22"/>
        </w:rPr>
        <w:t>ń</w:t>
      </w:r>
      <w:r w:rsidR="007615DD" w:rsidRPr="007615DD">
        <w:rPr>
          <w:rFonts w:ascii="Segoe UI Symbol" w:hAnsi="Segoe UI Symbol" w:cs="Segoe UI Symbol"/>
          <w:color w:val="auto"/>
          <w:sz w:val="22"/>
        </w:rPr>
        <w:t xml:space="preserve"> wiejskich</w:t>
      </w:r>
      <w:r w:rsidRPr="007615DD">
        <w:rPr>
          <w:rFonts w:ascii="Segoe UI Symbol" w:hAnsi="Segoe UI Symbol" w:cs="Segoe UI Symbol"/>
          <w:color w:val="auto"/>
          <w:sz w:val="22"/>
        </w:rPr>
        <w:t>)</w:t>
      </w:r>
    </w:p>
    <w:p w14:paraId="7219F0C5" w14:textId="77777777" w:rsidR="007615DD" w:rsidRPr="007615DD" w:rsidRDefault="00D003AE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7615DD">
        <w:rPr>
          <w:rFonts w:ascii="Segoe UI Symbol" w:hAnsi="Segoe UI Symbol" w:cs="Segoe UI Symbol"/>
          <w:color w:val="auto"/>
          <w:sz w:val="22"/>
        </w:rPr>
        <w:tab/>
      </w:r>
      <w:r w:rsidR="007615DD" w:rsidRPr="007615DD">
        <w:rPr>
          <w:rFonts w:ascii="Segoe UI Symbol" w:hAnsi="Segoe UI Symbol" w:cs="Segoe UI Symbol"/>
          <w:color w:val="auto"/>
          <w:sz w:val="22"/>
        </w:rPr>
        <w:t>przedstawiciel instytucji kultury</w:t>
      </w:r>
    </w:p>
    <w:p w14:paraId="2ACD0E55" w14:textId="0D9894DD" w:rsidR="00D003AE" w:rsidRPr="007615DD" w:rsidRDefault="00D003AE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 w:rsidRPr="007615DD">
        <w:rPr>
          <w:rFonts w:ascii="Segoe UI Symbol" w:hAnsi="Segoe UI Symbol" w:cs="Segoe UI Symbol"/>
          <w:color w:val="auto"/>
          <w:sz w:val="22"/>
        </w:rPr>
        <w:tab/>
      </w:r>
      <w:r w:rsidR="007615DD" w:rsidRPr="007615DD">
        <w:rPr>
          <w:rFonts w:ascii="Segoe UI Symbol" w:hAnsi="Segoe UI Symbol" w:cs="Segoe UI Symbol"/>
          <w:color w:val="auto"/>
          <w:sz w:val="22"/>
        </w:rPr>
        <w:t>ucze</w:t>
      </w:r>
      <w:r w:rsidR="007615DD" w:rsidRPr="007615DD">
        <w:rPr>
          <w:rFonts w:ascii="Calibri" w:hAnsi="Calibri" w:cs="Calibri"/>
          <w:color w:val="auto"/>
          <w:sz w:val="22"/>
        </w:rPr>
        <w:t>ń</w:t>
      </w:r>
      <w:r w:rsidR="007615DD" w:rsidRPr="007615DD">
        <w:rPr>
          <w:rFonts w:ascii="Segoe UI Symbol" w:hAnsi="Segoe UI Symbol" w:cs="Segoe UI Symbol"/>
          <w:color w:val="auto"/>
          <w:sz w:val="22"/>
        </w:rPr>
        <w:t xml:space="preserve"> szko</w:t>
      </w:r>
      <w:r w:rsidR="007615DD" w:rsidRPr="007615DD">
        <w:rPr>
          <w:rFonts w:ascii="Calibri" w:hAnsi="Calibri" w:cs="Calibri"/>
          <w:color w:val="auto"/>
          <w:sz w:val="22"/>
        </w:rPr>
        <w:t>ł</w:t>
      </w:r>
      <w:r w:rsidR="007615DD" w:rsidRPr="007615DD">
        <w:rPr>
          <w:rFonts w:ascii="Segoe UI Symbol" w:hAnsi="Segoe UI Symbol" w:cs="Segoe UI Symbol"/>
          <w:color w:val="auto"/>
          <w:sz w:val="22"/>
        </w:rPr>
        <w:t>y podstawowej</w:t>
      </w:r>
    </w:p>
    <w:p w14:paraId="7C35AFC8" w14:textId="77777777" w:rsidR="007615DD" w:rsidRPr="007615DD" w:rsidRDefault="007615DD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pracownik pedagogiczny szko</w:t>
      </w:r>
      <w:r w:rsidRPr="007615DD">
        <w:rPr>
          <w:rFonts w:ascii="Calibri" w:hAnsi="Calibri" w:cs="Calibri"/>
          <w:color w:val="auto"/>
          <w:sz w:val="22"/>
        </w:rPr>
        <w:t>ł</w:t>
      </w:r>
      <w:r w:rsidRPr="007615DD">
        <w:rPr>
          <w:rFonts w:ascii="Segoe UI Symbol" w:hAnsi="Segoe UI Symbol" w:cs="Segoe UI Symbol"/>
          <w:color w:val="auto"/>
          <w:sz w:val="22"/>
        </w:rPr>
        <w:t>y podstawowej</w:t>
      </w:r>
    </w:p>
    <w:p w14:paraId="0635A7E5" w14:textId="6B1BCF07" w:rsidR="007615DD" w:rsidRPr="007615DD" w:rsidRDefault="007615DD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pracownik pedagogiczny </w:t>
      </w:r>
      <w:r w:rsidRPr="007615DD">
        <w:rPr>
          <w:rFonts w:ascii="Segoe UI Symbol" w:hAnsi="Segoe UI Symbol" w:cs="Segoe UI Symbol"/>
          <w:color w:val="auto"/>
          <w:sz w:val="22"/>
        </w:rPr>
        <w:t>przedszkola</w:t>
      </w:r>
    </w:p>
    <w:p w14:paraId="17AB920C" w14:textId="6FED7587" w:rsidR="00D003AE" w:rsidRDefault="007615DD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lokalny twórca/rzemie</w:t>
      </w:r>
      <w:r w:rsidRPr="007615DD">
        <w:rPr>
          <w:rFonts w:ascii="Calibri" w:hAnsi="Calibri" w:cs="Calibri"/>
          <w:color w:val="auto"/>
          <w:sz w:val="22"/>
        </w:rPr>
        <w:t>ś</w:t>
      </w:r>
      <w:r w:rsidRPr="007615DD">
        <w:rPr>
          <w:rFonts w:ascii="Segoe UI Symbol" w:hAnsi="Segoe UI Symbol" w:cs="Segoe UI Symbol"/>
          <w:color w:val="auto"/>
          <w:sz w:val="22"/>
        </w:rPr>
        <w:t>lnik/r</w:t>
      </w:r>
      <w:r w:rsidRPr="007615DD">
        <w:rPr>
          <w:rFonts w:ascii="Calibri" w:hAnsi="Calibri" w:cs="Calibri"/>
          <w:color w:val="auto"/>
          <w:sz w:val="22"/>
        </w:rPr>
        <w:t>ę</w:t>
      </w:r>
      <w:r w:rsidRPr="007615DD">
        <w:rPr>
          <w:rFonts w:ascii="Segoe UI Symbol" w:hAnsi="Segoe UI Symbol" w:cs="Segoe UI Symbol"/>
          <w:color w:val="auto"/>
          <w:sz w:val="22"/>
        </w:rPr>
        <w:t>kodzielnik</w:t>
      </w:r>
    </w:p>
    <w:p w14:paraId="66DEBDAE" w14:textId="20F3CBB0" w:rsidR="007615DD" w:rsidRPr="007615DD" w:rsidRDefault="007615DD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senior</w:t>
      </w:r>
    </w:p>
    <w:p w14:paraId="3D905503" w14:textId="03C2A1B0" w:rsidR="007615DD" w:rsidRDefault="007615DD" w:rsidP="00D003AE">
      <w:pPr>
        <w:pStyle w:val="Formoption"/>
        <w:keepNext/>
        <w:rPr>
          <w:rFonts w:ascii="Segoe UI Symbol" w:hAnsi="Segoe UI Symbol" w:cs="Segoe UI Symbol"/>
          <w:color w:val="auto"/>
          <w:sz w:val="22"/>
        </w:rPr>
      </w:pPr>
      <w:r w:rsidRPr="00420A03">
        <w:rPr>
          <w:rFonts w:ascii="Segoe UI Symbol" w:hAnsi="Segoe UI Symbol" w:cs="Segoe UI Symbol"/>
          <w:color w:val="auto"/>
          <w:sz w:val="22"/>
        </w:rPr>
        <w:t>☐</w:t>
      </w:r>
      <w:r>
        <w:rPr>
          <w:rFonts w:ascii="Segoe UI Symbol" w:hAnsi="Segoe UI Symbol" w:cs="Segoe UI Symbol"/>
          <w:color w:val="auto"/>
          <w:sz w:val="22"/>
        </w:rPr>
        <w:t xml:space="preserve">  reprezentant innej grupy – jakiej ………………</w:t>
      </w:r>
    </w:p>
    <w:p w14:paraId="0D16D98B" w14:textId="78ED5A50" w:rsidR="007615DD" w:rsidRPr="00420A03" w:rsidRDefault="007615DD">
      <w:pPr>
        <w:pStyle w:val="Formthanks"/>
        <w:jc w:val="center"/>
        <w:rPr>
          <w:rFonts w:ascii="Arial Nova" w:hAnsi="Arial Nova"/>
          <w:color w:val="auto"/>
          <w:sz w:val="24"/>
          <w:szCs w:val="24"/>
        </w:rPr>
      </w:pPr>
      <w:r>
        <w:rPr>
          <w:rFonts w:ascii="Arial Nova" w:hAnsi="Arial Nova"/>
          <w:color w:val="auto"/>
          <w:sz w:val="24"/>
          <w:szCs w:val="24"/>
        </w:rPr>
        <w:t xml:space="preserve">Niniejsza ankieta jest również dostępna w formie elektronicznej na </w:t>
      </w:r>
      <w:r w:rsidR="003C6572">
        <w:rPr>
          <w:rFonts w:ascii="Arial Nova" w:hAnsi="Arial Nova"/>
          <w:color w:val="auto"/>
          <w:sz w:val="24"/>
          <w:szCs w:val="24"/>
        </w:rPr>
        <w:t xml:space="preserve">oficjalnej </w:t>
      </w:r>
      <w:r>
        <w:rPr>
          <w:rFonts w:ascii="Arial Nova" w:hAnsi="Arial Nova"/>
          <w:color w:val="auto"/>
          <w:sz w:val="24"/>
          <w:szCs w:val="24"/>
        </w:rPr>
        <w:t xml:space="preserve">stronie </w:t>
      </w:r>
      <w:r w:rsidR="003C6572">
        <w:rPr>
          <w:rFonts w:ascii="Arial Nova" w:hAnsi="Arial Nova"/>
          <w:color w:val="auto"/>
          <w:sz w:val="24"/>
          <w:szCs w:val="24"/>
        </w:rPr>
        <w:t xml:space="preserve">internetowej Urzędu Miasta i Gminy Maciejowice </w:t>
      </w:r>
      <w:hyperlink r:id="rId9" w:history="1">
        <w:r w:rsidR="003C6572" w:rsidRPr="00E22010">
          <w:rPr>
            <w:rStyle w:val="Hipercze"/>
            <w:rFonts w:ascii="Arial Nova" w:hAnsi="Arial Nova"/>
            <w:sz w:val="24"/>
            <w:szCs w:val="24"/>
          </w:rPr>
          <w:t>https://maciejowice.pl/</w:t>
        </w:r>
      </w:hyperlink>
      <w:r w:rsidR="003C6572">
        <w:rPr>
          <w:rFonts w:ascii="Arial Nova" w:hAnsi="Arial Nova"/>
          <w:color w:val="auto"/>
          <w:sz w:val="24"/>
          <w:szCs w:val="24"/>
        </w:rPr>
        <w:t xml:space="preserve"> oraz BIP</w:t>
      </w:r>
    </w:p>
    <w:p w14:paraId="72134EAB" w14:textId="77777777" w:rsidR="000C5CCD" w:rsidRPr="00420A03" w:rsidRDefault="000C5CCD">
      <w:pPr>
        <w:pStyle w:val="Formthanks"/>
        <w:jc w:val="center"/>
        <w:rPr>
          <w:rFonts w:ascii="Arial Nova" w:hAnsi="Arial Nova"/>
          <w:color w:val="auto"/>
          <w:sz w:val="24"/>
          <w:szCs w:val="24"/>
        </w:rPr>
      </w:pPr>
    </w:p>
    <w:p w14:paraId="1C31CDF5" w14:textId="77777777" w:rsidR="00D053D2" w:rsidRDefault="006125D8" w:rsidP="002017E2">
      <w:pPr>
        <w:pStyle w:val="Formthanks"/>
        <w:jc w:val="center"/>
        <w:rPr>
          <w:rFonts w:ascii="Arial Nova" w:hAnsi="Arial Nova"/>
          <w:color w:val="auto"/>
          <w:sz w:val="24"/>
          <w:szCs w:val="24"/>
        </w:rPr>
      </w:pPr>
      <w:r w:rsidRPr="00420A03">
        <w:rPr>
          <w:rFonts w:ascii="Arial Nova" w:hAnsi="Arial Nova"/>
          <w:color w:val="auto"/>
          <w:sz w:val="24"/>
          <w:szCs w:val="24"/>
        </w:rPr>
        <w:t>Dziękujemy za udział w konsultacjach</w:t>
      </w:r>
    </w:p>
    <w:sectPr w:rsidR="00D053D2" w:rsidSect="00F2412D">
      <w:footerReference w:type="default" r:id="rId10"/>
      <w:pgSz w:w="11906" w:h="16838"/>
      <w:pgMar w:top="709" w:right="849" w:bottom="284" w:left="96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6750" w14:textId="77777777" w:rsidR="00052429" w:rsidRDefault="00052429">
      <w:pPr>
        <w:spacing w:after="0" w:line="240" w:lineRule="auto"/>
      </w:pPr>
      <w:r>
        <w:separator/>
      </w:r>
    </w:p>
  </w:endnote>
  <w:endnote w:type="continuationSeparator" w:id="0">
    <w:p w14:paraId="1D61D182" w14:textId="77777777" w:rsidR="00052429" w:rsidRDefault="00052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466CD" w14:textId="2CE09091" w:rsidR="00D053D2" w:rsidRDefault="002017E2" w:rsidP="002017E2">
    <w:pPr>
      <w:pStyle w:val="Formfooter"/>
      <w:tabs>
        <w:tab w:val="right" w:pos="9978"/>
      </w:tabs>
      <w:jc w:val="center"/>
    </w:pPr>
    <w:r>
      <w:rPr>
        <w:rFonts w:ascii="Times New Roman" w:hAnsi="Times New Roman" w:cs="Times New Roman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80A1DC5" wp14:editId="235BF902">
          <wp:simplePos x="0" y="0"/>
          <wp:positionH relativeFrom="column">
            <wp:posOffset>4424005</wp:posOffset>
          </wp:positionH>
          <wp:positionV relativeFrom="paragraph">
            <wp:posOffset>-920321</wp:posOffset>
          </wp:positionV>
          <wp:extent cx="1979930" cy="842010"/>
          <wp:effectExtent l="0" t="0" r="1270" b="0"/>
          <wp:wrapNone/>
          <wp:docPr id="21165878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587814" name="Obraz 21165878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5D8">
      <w:fldChar w:fldCharType="begin"/>
    </w:r>
    <w:r w:rsidR="006125D8">
      <w:instrText xml:space="preserve"> PAGE </w:instrText>
    </w:r>
    <w:r w:rsidR="006125D8">
      <w:fldChar w:fldCharType="separate"/>
    </w:r>
    <w:r w:rsidR="006125D8">
      <w:t>1</w:t>
    </w:r>
    <w:r w:rsidR="006125D8">
      <w:fldChar w:fldCharType="end"/>
    </w:r>
    <w:r w:rsidR="006125D8">
      <w:t xml:space="preserve"> / </w:t>
    </w:r>
    <w:r w:rsidR="006125D8">
      <w:fldChar w:fldCharType="begin"/>
    </w:r>
    <w:r w:rsidR="006125D8">
      <w:instrText xml:space="preserve"> NUMPAGES </w:instrText>
    </w:r>
    <w:r w:rsidR="006125D8">
      <w:fldChar w:fldCharType="separate"/>
    </w:r>
    <w:r w:rsidR="006125D8">
      <w:t>1</w:t>
    </w:r>
    <w:r w:rsidR="006125D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D6DC" w14:textId="77777777" w:rsidR="00052429" w:rsidRDefault="00052429">
      <w:pPr>
        <w:spacing w:after="0" w:line="240" w:lineRule="auto"/>
      </w:pPr>
      <w:r>
        <w:separator/>
      </w:r>
    </w:p>
  </w:footnote>
  <w:footnote w:type="continuationSeparator" w:id="0">
    <w:p w14:paraId="375325FA" w14:textId="77777777" w:rsidR="00052429" w:rsidRDefault="00052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0618623">
    <w:abstractNumId w:val="8"/>
  </w:num>
  <w:num w:numId="2" w16cid:durableId="584150212">
    <w:abstractNumId w:val="6"/>
  </w:num>
  <w:num w:numId="3" w16cid:durableId="817574629">
    <w:abstractNumId w:val="5"/>
  </w:num>
  <w:num w:numId="4" w16cid:durableId="756485519">
    <w:abstractNumId w:val="4"/>
  </w:num>
  <w:num w:numId="5" w16cid:durableId="1405638691">
    <w:abstractNumId w:val="7"/>
  </w:num>
  <w:num w:numId="6" w16cid:durableId="161556493">
    <w:abstractNumId w:val="3"/>
  </w:num>
  <w:num w:numId="7" w16cid:durableId="2053335040">
    <w:abstractNumId w:val="2"/>
  </w:num>
  <w:num w:numId="8" w16cid:durableId="21711998">
    <w:abstractNumId w:val="1"/>
  </w:num>
  <w:num w:numId="9" w16cid:durableId="45155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429"/>
    <w:rsid w:val="0006063C"/>
    <w:rsid w:val="000C5CCD"/>
    <w:rsid w:val="000D2CD4"/>
    <w:rsid w:val="000F3E18"/>
    <w:rsid w:val="00133D8F"/>
    <w:rsid w:val="0015074B"/>
    <w:rsid w:val="00153E12"/>
    <w:rsid w:val="00185EC8"/>
    <w:rsid w:val="002017E2"/>
    <w:rsid w:val="00220ED3"/>
    <w:rsid w:val="0029639D"/>
    <w:rsid w:val="002F3D96"/>
    <w:rsid w:val="002F7E6E"/>
    <w:rsid w:val="0030755C"/>
    <w:rsid w:val="00326F90"/>
    <w:rsid w:val="00331967"/>
    <w:rsid w:val="00337FC5"/>
    <w:rsid w:val="00375B25"/>
    <w:rsid w:val="003C6572"/>
    <w:rsid w:val="00420A03"/>
    <w:rsid w:val="00454268"/>
    <w:rsid w:val="005067E4"/>
    <w:rsid w:val="005460B9"/>
    <w:rsid w:val="00594B4F"/>
    <w:rsid w:val="005A524A"/>
    <w:rsid w:val="005C5CB3"/>
    <w:rsid w:val="005D53D6"/>
    <w:rsid w:val="005F530B"/>
    <w:rsid w:val="00606A57"/>
    <w:rsid w:val="00607477"/>
    <w:rsid w:val="006125D8"/>
    <w:rsid w:val="00644977"/>
    <w:rsid w:val="007615DD"/>
    <w:rsid w:val="008A4FE3"/>
    <w:rsid w:val="008D30A7"/>
    <w:rsid w:val="00925993"/>
    <w:rsid w:val="00955A0B"/>
    <w:rsid w:val="00A351A2"/>
    <w:rsid w:val="00A74DF9"/>
    <w:rsid w:val="00A8386A"/>
    <w:rsid w:val="00AA1D8D"/>
    <w:rsid w:val="00AB6EAA"/>
    <w:rsid w:val="00AF63FD"/>
    <w:rsid w:val="00B44A56"/>
    <w:rsid w:val="00B47730"/>
    <w:rsid w:val="00B64F46"/>
    <w:rsid w:val="00B67226"/>
    <w:rsid w:val="00B75938"/>
    <w:rsid w:val="00C6389D"/>
    <w:rsid w:val="00C710B6"/>
    <w:rsid w:val="00CA30A7"/>
    <w:rsid w:val="00CB0664"/>
    <w:rsid w:val="00CD730E"/>
    <w:rsid w:val="00CF63A5"/>
    <w:rsid w:val="00D003AE"/>
    <w:rsid w:val="00D053D2"/>
    <w:rsid w:val="00D2382C"/>
    <w:rsid w:val="00D36D7A"/>
    <w:rsid w:val="00D55861"/>
    <w:rsid w:val="00D62C66"/>
    <w:rsid w:val="00DC37C2"/>
    <w:rsid w:val="00DE799D"/>
    <w:rsid w:val="00E80B76"/>
    <w:rsid w:val="00ED6E63"/>
    <w:rsid w:val="00EE11DA"/>
    <w:rsid w:val="00EF3910"/>
    <w:rsid w:val="00F00245"/>
    <w:rsid w:val="00F2412D"/>
    <w:rsid w:val="00F74B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A1D24"/>
  <w14:defaultImageDpi w14:val="300"/>
  <w15:docId w15:val="{DE86BE71-EBC9-44FA-A62A-6B85D9CE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90" w:lineRule="exact"/>
    </w:pPr>
    <w:rPr>
      <w:rFonts w:ascii="Arial" w:eastAsia="Arial" w:hAnsi="Arial" w:cs="Arial"/>
      <w:color w:val="202B26"/>
      <w:sz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Cs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  <w:color w:val="202B26"/>
      <w:sz w:val="24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A5300F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A5300F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40" w:line="560" w:lineRule="exact"/>
      <w:contextualSpacing/>
    </w:pPr>
    <w:rPr>
      <w:rFonts w:ascii="Georgia" w:eastAsia="Georgia" w:hAnsi="Georgia" w:cs="Georgia"/>
      <w:b/>
      <w:color w:val="000000"/>
      <w:spacing w:val="5"/>
      <w:kern w:val="28"/>
      <w:sz w:val="5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200" w:line="260" w:lineRule="exact"/>
    </w:pPr>
    <w:rPr>
      <w:iCs/>
      <w:color w:val="56655D"/>
      <w:spacing w:val="15"/>
      <w:sz w:val="21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A5300F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color w:val="202B26"/>
      <w:sz w:val="24"/>
      <w:szCs w:val="20"/>
      <w:lang w:val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A5300F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511707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511707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A5300F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Cs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A5300F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A5300F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D55816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D55816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8" w:space="0" w:color="A5300F" w:themeColor="accent1"/>
        <w:bottom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300F" w:themeColor="accent1"/>
          <w:left w:val="nil"/>
          <w:bottom w:val="single" w:sz="8" w:space="0" w:color="A530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300F" w:themeColor="accent1"/>
          <w:left w:val="nil"/>
          <w:bottom w:val="single" w:sz="8" w:space="0" w:color="A530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8" w:space="0" w:color="D55816" w:themeColor="accent2"/>
        <w:bottom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5816" w:themeColor="accent2"/>
          <w:left w:val="nil"/>
          <w:bottom w:val="single" w:sz="8" w:space="0" w:color="D5581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5816" w:themeColor="accent2"/>
          <w:left w:val="nil"/>
          <w:bottom w:val="single" w:sz="8" w:space="0" w:color="D5581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AC7117" w:themeColor="accent3" w:themeShade="BF"/>
    </w:rPr>
    <w:tblPr>
      <w:tblStyleRowBandSize w:val="1"/>
      <w:tblStyleColBandSize w:val="1"/>
      <w:tblBorders>
        <w:top w:val="single" w:sz="8" w:space="0" w:color="E19825" w:themeColor="accent3"/>
        <w:bottom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9825" w:themeColor="accent3"/>
          <w:left w:val="nil"/>
          <w:bottom w:val="single" w:sz="8" w:space="0" w:color="E1982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9825" w:themeColor="accent3"/>
          <w:left w:val="nil"/>
          <w:bottom w:val="single" w:sz="8" w:space="0" w:color="E1982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8D7654" w:themeColor="accent4" w:themeShade="BF"/>
    </w:r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9C7D" w:themeColor="accent4"/>
          <w:left w:val="nil"/>
          <w:bottom w:val="single" w:sz="8" w:space="0" w:color="B19C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5F52" w:themeColor="accent5"/>
          <w:left w:val="nil"/>
          <w:bottom w:val="single" w:sz="8" w:space="0" w:color="7F5F5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7D49" w:themeColor="accent6"/>
          <w:left w:val="nil"/>
          <w:bottom w:val="single" w:sz="8" w:space="0" w:color="B27D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band1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band1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band1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  <w:insideH w:val="single" w:sz="8" w:space="0" w:color="A5300F" w:themeColor="accent1"/>
        <w:insideV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1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band1Vert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  <w:shd w:val="clear" w:color="auto" w:fill="F8C3B4" w:themeFill="accent1" w:themeFillTint="3F"/>
      </w:tcPr>
    </w:tblStylePr>
    <w:tblStylePr w:type="band1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  <w:shd w:val="clear" w:color="auto" w:fill="F8C3B4" w:themeFill="accent1" w:themeFillTint="3F"/>
      </w:tcPr>
    </w:tblStylePr>
    <w:tblStylePr w:type="band2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  <w:insideH w:val="single" w:sz="8" w:space="0" w:color="D55816" w:themeColor="accent2"/>
        <w:insideV w:val="single" w:sz="8" w:space="0" w:color="D5581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18" w:space="0" w:color="D55816" w:themeColor="accent2"/>
          <w:right w:val="single" w:sz="8" w:space="0" w:color="D55816" w:themeColor="accent2"/>
          <w:insideH w:val="nil"/>
          <w:insideV w:val="single" w:sz="8" w:space="0" w:color="D5581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H w:val="nil"/>
          <w:insideV w:val="single" w:sz="8" w:space="0" w:color="D5581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</w:tcPr>
    </w:tblStylePr>
    <w:tblStylePr w:type="band1Vert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</w:tcBorders>
        <w:shd w:val="clear" w:color="auto" w:fill="F8D4C1" w:themeFill="accent2" w:themeFillTint="3F"/>
      </w:tcPr>
    </w:tblStylePr>
    <w:tblStylePr w:type="band1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V w:val="single" w:sz="8" w:space="0" w:color="D55816" w:themeColor="accent2"/>
        </w:tcBorders>
        <w:shd w:val="clear" w:color="auto" w:fill="F8D4C1" w:themeFill="accent2" w:themeFillTint="3F"/>
      </w:tcPr>
    </w:tblStylePr>
    <w:tblStylePr w:type="band2Horz">
      <w:tblPr/>
      <w:tcPr>
        <w:tcBorders>
          <w:top w:val="single" w:sz="8" w:space="0" w:color="D55816" w:themeColor="accent2"/>
          <w:left w:val="single" w:sz="8" w:space="0" w:color="D55816" w:themeColor="accent2"/>
          <w:bottom w:val="single" w:sz="8" w:space="0" w:color="D55816" w:themeColor="accent2"/>
          <w:right w:val="single" w:sz="8" w:space="0" w:color="D55816" w:themeColor="accent2"/>
          <w:insideV w:val="single" w:sz="8" w:space="0" w:color="D55816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  <w:insideH w:val="single" w:sz="8" w:space="0" w:color="E19825" w:themeColor="accent3"/>
        <w:insideV w:val="single" w:sz="8" w:space="0" w:color="E1982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18" w:space="0" w:color="E19825" w:themeColor="accent3"/>
          <w:right w:val="single" w:sz="8" w:space="0" w:color="E19825" w:themeColor="accent3"/>
          <w:insideH w:val="nil"/>
          <w:insideV w:val="single" w:sz="8" w:space="0" w:color="E1982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H w:val="nil"/>
          <w:insideV w:val="single" w:sz="8" w:space="0" w:color="E1982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</w:tcPr>
    </w:tblStylePr>
    <w:tblStylePr w:type="band1Vert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</w:tcBorders>
        <w:shd w:val="clear" w:color="auto" w:fill="F7E5C9" w:themeFill="accent3" w:themeFillTint="3F"/>
      </w:tcPr>
    </w:tblStylePr>
    <w:tblStylePr w:type="band1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V w:val="single" w:sz="8" w:space="0" w:color="E19825" w:themeColor="accent3"/>
        </w:tcBorders>
        <w:shd w:val="clear" w:color="auto" w:fill="F7E5C9" w:themeFill="accent3" w:themeFillTint="3F"/>
      </w:tcPr>
    </w:tblStylePr>
    <w:tblStylePr w:type="band2Horz">
      <w:tblPr/>
      <w:tcPr>
        <w:tcBorders>
          <w:top w:val="single" w:sz="8" w:space="0" w:color="E19825" w:themeColor="accent3"/>
          <w:left w:val="single" w:sz="8" w:space="0" w:color="E19825" w:themeColor="accent3"/>
          <w:bottom w:val="single" w:sz="8" w:space="0" w:color="E19825" w:themeColor="accent3"/>
          <w:right w:val="single" w:sz="8" w:space="0" w:color="E19825" w:themeColor="accent3"/>
          <w:insideV w:val="single" w:sz="8" w:space="0" w:color="E19825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1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H w:val="nil"/>
          <w:insideV w:val="single" w:sz="8" w:space="0" w:color="B19C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</w:tcPr>
    </w:tblStylePr>
    <w:tblStylePr w:type="band1Vert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  <w:shd w:val="clear" w:color="auto" w:fill="EBE6DE" w:themeFill="accent4" w:themeFillTint="3F"/>
      </w:tcPr>
    </w:tblStylePr>
    <w:tblStylePr w:type="band2Horz">
      <w:tblPr/>
      <w:tcPr>
        <w:tcBorders>
          <w:top w:val="single" w:sz="8" w:space="0" w:color="B19C7D" w:themeColor="accent4"/>
          <w:left w:val="single" w:sz="8" w:space="0" w:color="B19C7D" w:themeColor="accent4"/>
          <w:bottom w:val="single" w:sz="8" w:space="0" w:color="B19C7D" w:themeColor="accent4"/>
          <w:right w:val="single" w:sz="8" w:space="0" w:color="B19C7D" w:themeColor="accent4"/>
          <w:insideV w:val="single" w:sz="8" w:space="0" w:color="B19C7D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1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H w:val="nil"/>
          <w:insideV w:val="single" w:sz="8" w:space="0" w:color="7F5F5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</w:tcPr>
    </w:tblStylePr>
    <w:tblStylePr w:type="band1Vert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  <w:shd w:val="clear" w:color="auto" w:fill="E1D6D1" w:themeFill="accent5" w:themeFillTint="3F"/>
      </w:tcPr>
    </w:tblStylePr>
    <w:tblStylePr w:type="band2Horz">
      <w:tblPr/>
      <w:tcPr>
        <w:tcBorders>
          <w:top w:val="single" w:sz="8" w:space="0" w:color="7F5F52" w:themeColor="accent5"/>
          <w:left w:val="single" w:sz="8" w:space="0" w:color="7F5F52" w:themeColor="accent5"/>
          <w:bottom w:val="single" w:sz="8" w:space="0" w:color="7F5F52" w:themeColor="accent5"/>
          <w:right w:val="single" w:sz="8" w:space="0" w:color="7F5F52" w:themeColor="accent5"/>
          <w:insideV w:val="single" w:sz="8" w:space="0" w:color="7F5F52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1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H w:val="nil"/>
          <w:insideV w:val="single" w:sz="8" w:space="0" w:color="B27D4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</w:tcPr>
    </w:tblStylePr>
    <w:tblStylePr w:type="band1Vert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  <w:shd w:val="clear" w:color="auto" w:fill="ECDED1" w:themeFill="accent6" w:themeFillTint="3F"/>
      </w:tcPr>
    </w:tblStylePr>
    <w:tblStylePr w:type="band2Horz">
      <w:tblPr/>
      <w:tcPr>
        <w:tcBorders>
          <w:top w:val="single" w:sz="8" w:space="0" w:color="B27D49" w:themeColor="accent6"/>
          <w:left w:val="single" w:sz="8" w:space="0" w:color="B27D49" w:themeColor="accent6"/>
          <w:bottom w:val="single" w:sz="8" w:space="0" w:color="B27D49" w:themeColor="accent6"/>
          <w:right w:val="single" w:sz="8" w:space="0" w:color="B27D49" w:themeColor="accent6"/>
          <w:insideV w:val="single" w:sz="8" w:space="0" w:color="B27D49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A491C" w:themeColor="accent1" w:themeTint="BF"/>
        <w:left w:val="single" w:sz="8" w:space="0" w:color="EA491C" w:themeColor="accent1" w:themeTint="BF"/>
        <w:bottom w:val="single" w:sz="8" w:space="0" w:color="EA491C" w:themeColor="accent1" w:themeTint="BF"/>
        <w:right w:val="single" w:sz="8" w:space="0" w:color="EA491C" w:themeColor="accent1" w:themeTint="BF"/>
        <w:insideH w:val="single" w:sz="8" w:space="0" w:color="EA491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3B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B7E44" w:themeColor="accent2" w:themeTint="BF"/>
        <w:left w:val="single" w:sz="8" w:space="0" w:color="EB7E44" w:themeColor="accent2" w:themeTint="BF"/>
        <w:bottom w:val="single" w:sz="8" w:space="0" w:color="EB7E44" w:themeColor="accent2" w:themeTint="BF"/>
        <w:right w:val="single" w:sz="8" w:space="0" w:color="EB7E44" w:themeColor="accent2" w:themeTint="BF"/>
        <w:insideH w:val="single" w:sz="8" w:space="0" w:color="EB7E4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7E44" w:themeColor="accent2" w:themeTint="BF"/>
          <w:left w:val="single" w:sz="8" w:space="0" w:color="EB7E44" w:themeColor="accent2" w:themeTint="BF"/>
          <w:bottom w:val="single" w:sz="8" w:space="0" w:color="EB7E44" w:themeColor="accent2" w:themeTint="BF"/>
          <w:right w:val="single" w:sz="8" w:space="0" w:color="EB7E44" w:themeColor="accent2" w:themeTint="BF"/>
          <w:insideH w:val="nil"/>
          <w:insideV w:val="nil"/>
        </w:tcBorders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7E44" w:themeColor="accent2" w:themeTint="BF"/>
          <w:left w:val="single" w:sz="8" w:space="0" w:color="EB7E44" w:themeColor="accent2" w:themeTint="BF"/>
          <w:bottom w:val="single" w:sz="8" w:space="0" w:color="EB7E44" w:themeColor="accent2" w:themeTint="BF"/>
          <w:right w:val="single" w:sz="8" w:space="0" w:color="EB7E4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4C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4C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8B15B" w:themeColor="accent3" w:themeTint="BF"/>
        <w:left w:val="single" w:sz="8" w:space="0" w:color="E8B15B" w:themeColor="accent3" w:themeTint="BF"/>
        <w:bottom w:val="single" w:sz="8" w:space="0" w:color="E8B15B" w:themeColor="accent3" w:themeTint="BF"/>
        <w:right w:val="single" w:sz="8" w:space="0" w:color="E8B15B" w:themeColor="accent3" w:themeTint="BF"/>
        <w:insideH w:val="single" w:sz="8" w:space="0" w:color="E8B15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B15B" w:themeColor="accent3" w:themeTint="BF"/>
          <w:left w:val="single" w:sz="8" w:space="0" w:color="E8B15B" w:themeColor="accent3" w:themeTint="BF"/>
          <w:bottom w:val="single" w:sz="8" w:space="0" w:color="E8B15B" w:themeColor="accent3" w:themeTint="BF"/>
          <w:right w:val="single" w:sz="8" w:space="0" w:color="E8B15B" w:themeColor="accent3" w:themeTint="BF"/>
          <w:insideH w:val="nil"/>
          <w:insideV w:val="nil"/>
        </w:tcBorders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B15B" w:themeColor="accent3" w:themeTint="BF"/>
          <w:left w:val="single" w:sz="8" w:space="0" w:color="E8B15B" w:themeColor="accent3" w:themeTint="BF"/>
          <w:bottom w:val="single" w:sz="8" w:space="0" w:color="E8B15B" w:themeColor="accent3" w:themeTint="BF"/>
          <w:right w:val="single" w:sz="8" w:space="0" w:color="E8B15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5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5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B49D" w:themeColor="accent4" w:themeTint="BF"/>
          <w:left w:val="single" w:sz="8" w:space="0" w:color="C4B49D" w:themeColor="accent4" w:themeTint="BF"/>
          <w:bottom w:val="single" w:sz="8" w:space="0" w:color="C4B49D" w:themeColor="accent4" w:themeTint="BF"/>
          <w:right w:val="single" w:sz="8" w:space="0" w:color="C4B49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6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8375" w:themeColor="accent5" w:themeTint="BF"/>
          <w:left w:val="single" w:sz="8" w:space="0" w:color="A68375" w:themeColor="accent5" w:themeTint="BF"/>
          <w:bottom w:val="single" w:sz="8" w:space="0" w:color="A68375" w:themeColor="accent5" w:themeTint="BF"/>
          <w:right w:val="single" w:sz="8" w:space="0" w:color="A6837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6D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9D75" w:themeColor="accent6" w:themeTint="BF"/>
          <w:left w:val="single" w:sz="8" w:space="0" w:color="C69D75" w:themeColor="accent6" w:themeTint="BF"/>
          <w:bottom w:val="single" w:sz="8" w:space="0" w:color="C69D75" w:themeColor="accent6" w:themeTint="BF"/>
          <w:right w:val="single" w:sz="8" w:space="0" w:color="C69D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E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30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30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581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581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581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982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982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982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300F" w:themeColor="accent1"/>
        <w:bottom w:val="single" w:sz="8" w:space="0" w:color="A530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300F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shd w:val="clear" w:color="auto" w:fill="F8C3B4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bottom w:val="single" w:sz="8" w:space="0" w:color="D5581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5816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D55816" w:themeColor="accent2"/>
          <w:bottom w:val="single" w:sz="8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5816" w:themeColor="accent2"/>
          <w:bottom w:val="single" w:sz="8" w:space="0" w:color="D55816" w:themeColor="accent2"/>
        </w:tcBorders>
      </w:tcPr>
    </w:tblStylePr>
    <w:tblStylePr w:type="band1Vert">
      <w:tblPr/>
      <w:tcPr>
        <w:shd w:val="clear" w:color="auto" w:fill="F8D4C1" w:themeFill="accent2" w:themeFillTint="3F"/>
      </w:tcPr>
    </w:tblStylePr>
    <w:tblStylePr w:type="band1Horz">
      <w:tblPr/>
      <w:tcPr>
        <w:shd w:val="clear" w:color="auto" w:fill="F8D4C1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bottom w:val="single" w:sz="8" w:space="0" w:color="E1982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9825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19825" w:themeColor="accent3"/>
          <w:bottom w:val="single" w:sz="8" w:space="0" w:color="E1982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9825" w:themeColor="accent3"/>
          <w:bottom w:val="single" w:sz="8" w:space="0" w:color="E19825" w:themeColor="accent3"/>
        </w:tcBorders>
      </w:tcPr>
    </w:tblStylePr>
    <w:tblStylePr w:type="band1Vert">
      <w:tblPr/>
      <w:tcPr>
        <w:shd w:val="clear" w:color="auto" w:fill="F7E5C9" w:themeFill="accent3" w:themeFillTint="3F"/>
      </w:tcPr>
    </w:tblStylePr>
    <w:tblStylePr w:type="band1Horz">
      <w:tblPr/>
      <w:tcPr>
        <w:shd w:val="clear" w:color="auto" w:fill="F7E5C9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bottom w:val="single" w:sz="8" w:space="0" w:color="B19C7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9C7D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9C7D" w:themeColor="accent4"/>
          <w:bottom w:val="single" w:sz="8" w:space="0" w:color="B19C7D" w:themeColor="accent4"/>
        </w:tcBorders>
      </w:tcPr>
    </w:tblStylePr>
    <w:tblStylePr w:type="band1Vert">
      <w:tblPr/>
      <w:tcPr>
        <w:shd w:val="clear" w:color="auto" w:fill="EBE6DE" w:themeFill="accent4" w:themeFillTint="3F"/>
      </w:tcPr>
    </w:tblStylePr>
    <w:tblStylePr w:type="band1Horz">
      <w:tblPr/>
      <w:tcPr>
        <w:shd w:val="clear" w:color="auto" w:fill="EBE6DE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bottom w:val="single" w:sz="8" w:space="0" w:color="7F5F5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5F52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5F52" w:themeColor="accent5"/>
          <w:bottom w:val="single" w:sz="8" w:space="0" w:color="7F5F52" w:themeColor="accent5"/>
        </w:tcBorders>
      </w:tcPr>
    </w:tblStylePr>
    <w:tblStylePr w:type="band1Vert">
      <w:tblPr/>
      <w:tcPr>
        <w:shd w:val="clear" w:color="auto" w:fill="E1D6D1" w:themeFill="accent5" w:themeFillTint="3F"/>
      </w:tcPr>
    </w:tblStylePr>
    <w:tblStylePr w:type="band1Horz">
      <w:tblPr/>
      <w:tcPr>
        <w:shd w:val="clear" w:color="auto" w:fill="E1D6D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bottom w:val="single" w:sz="8" w:space="0" w:color="B27D4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7D49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7D49" w:themeColor="accent6"/>
          <w:bottom w:val="single" w:sz="8" w:space="0" w:color="B27D49" w:themeColor="accent6"/>
        </w:tcBorders>
      </w:tcPr>
    </w:tblStylePr>
    <w:tblStylePr w:type="band1Vert">
      <w:tblPr/>
      <w:tcPr>
        <w:shd w:val="clear" w:color="auto" w:fill="ECDED1" w:themeFill="accent6" w:themeFillTint="3F"/>
      </w:tcPr>
    </w:tblStylePr>
    <w:tblStylePr w:type="band1Horz">
      <w:tblPr/>
      <w:tcPr>
        <w:shd w:val="clear" w:color="auto" w:fill="ECDED1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30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30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30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30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3B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5581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581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581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4C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982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982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982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982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5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9C7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9C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9C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6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5F5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5F5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5F5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6D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7D4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7D4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7D4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E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A491C" w:themeColor="accent1" w:themeTint="BF"/>
        <w:left w:val="single" w:sz="8" w:space="0" w:color="EA491C" w:themeColor="accent1" w:themeTint="BF"/>
        <w:bottom w:val="single" w:sz="8" w:space="0" w:color="EA491C" w:themeColor="accent1" w:themeTint="BF"/>
        <w:right w:val="single" w:sz="8" w:space="0" w:color="EA491C" w:themeColor="accent1" w:themeTint="BF"/>
        <w:insideH w:val="single" w:sz="8" w:space="0" w:color="EA491C" w:themeColor="accent1" w:themeTint="BF"/>
        <w:insideV w:val="single" w:sz="8" w:space="0" w:color="EA491C" w:themeColor="accent1" w:themeTint="BF"/>
      </w:tblBorders>
    </w:tblPr>
    <w:tcPr>
      <w:shd w:val="clear" w:color="auto" w:fill="F8C3B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491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shd w:val="clear" w:color="auto" w:fill="F18668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B7E44" w:themeColor="accent2" w:themeTint="BF"/>
        <w:left w:val="single" w:sz="8" w:space="0" w:color="EB7E44" w:themeColor="accent2" w:themeTint="BF"/>
        <w:bottom w:val="single" w:sz="8" w:space="0" w:color="EB7E44" w:themeColor="accent2" w:themeTint="BF"/>
        <w:right w:val="single" w:sz="8" w:space="0" w:color="EB7E44" w:themeColor="accent2" w:themeTint="BF"/>
        <w:insideH w:val="single" w:sz="8" w:space="0" w:color="EB7E44" w:themeColor="accent2" w:themeTint="BF"/>
        <w:insideV w:val="single" w:sz="8" w:space="0" w:color="EB7E44" w:themeColor="accent2" w:themeTint="BF"/>
      </w:tblBorders>
    </w:tblPr>
    <w:tcPr>
      <w:shd w:val="clear" w:color="auto" w:fill="F8D4C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7E4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shd w:val="clear" w:color="auto" w:fill="F2A982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8B15B" w:themeColor="accent3" w:themeTint="BF"/>
        <w:left w:val="single" w:sz="8" w:space="0" w:color="E8B15B" w:themeColor="accent3" w:themeTint="BF"/>
        <w:bottom w:val="single" w:sz="8" w:space="0" w:color="E8B15B" w:themeColor="accent3" w:themeTint="BF"/>
        <w:right w:val="single" w:sz="8" w:space="0" w:color="E8B15B" w:themeColor="accent3" w:themeTint="BF"/>
        <w:insideH w:val="single" w:sz="8" w:space="0" w:color="E8B15B" w:themeColor="accent3" w:themeTint="BF"/>
        <w:insideV w:val="single" w:sz="8" w:space="0" w:color="E8B15B" w:themeColor="accent3" w:themeTint="BF"/>
      </w:tblBorders>
    </w:tblPr>
    <w:tcPr>
      <w:shd w:val="clear" w:color="auto" w:fill="F7E5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B15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4B49D" w:themeColor="accent4" w:themeTint="BF"/>
        <w:left w:val="single" w:sz="8" w:space="0" w:color="C4B49D" w:themeColor="accent4" w:themeTint="BF"/>
        <w:bottom w:val="single" w:sz="8" w:space="0" w:color="C4B49D" w:themeColor="accent4" w:themeTint="BF"/>
        <w:right w:val="single" w:sz="8" w:space="0" w:color="C4B49D" w:themeColor="accent4" w:themeTint="BF"/>
        <w:insideH w:val="single" w:sz="8" w:space="0" w:color="C4B49D" w:themeColor="accent4" w:themeTint="BF"/>
        <w:insideV w:val="single" w:sz="8" w:space="0" w:color="C4B49D" w:themeColor="accent4" w:themeTint="BF"/>
      </w:tblBorders>
    </w:tblPr>
    <w:tcPr>
      <w:shd w:val="clear" w:color="auto" w:fill="EBE6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B49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68375" w:themeColor="accent5" w:themeTint="BF"/>
        <w:left w:val="single" w:sz="8" w:space="0" w:color="A68375" w:themeColor="accent5" w:themeTint="BF"/>
        <w:bottom w:val="single" w:sz="8" w:space="0" w:color="A68375" w:themeColor="accent5" w:themeTint="BF"/>
        <w:right w:val="single" w:sz="8" w:space="0" w:color="A68375" w:themeColor="accent5" w:themeTint="BF"/>
        <w:insideH w:val="single" w:sz="8" w:space="0" w:color="A68375" w:themeColor="accent5" w:themeTint="BF"/>
        <w:insideV w:val="single" w:sz="8" w:space="0" w:color="A68375" w:themeColor="accent5" w:themeTint="BF"/>
      </w:tblBorders>
    </w:tblPr>
    <w:tcPr>
      <w:shd w:val="clear" w:color="auto" w:fill="E1D6D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837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69D75" w:themeColor="accent6" w:themeTint="BF"/>
        <w:left w:val="single" w:sz="8" w:space="0" w:color="C69D75" w:themeColor="accent6" w:themeTint="BF"/>
        <w:bottom w:val="single" w:sz="8" w:space="0" w:color="C69D75" w:themeColor="accent6" w:themeTint="BF"/>
        <w:right w:val="single" w:sz="8" w:space="0" w:color="C69D75" w:themeColor="accent6" w:themeTint="BF"/>
        <w:insideH w:val="single" w:sz="8" w:space="0" w:color="C69D75" w:themeColor="accent6" w:themeTint="BF"/>
        <w:insideV w:val="single" w:sz="8" w:space="0" w:color="C69D75" w:themeColor="accent6" w:themeTint="BF"/>
      </w:tblBorders>
    </w:tblPr>
    <w:tcPr>
      <w:shd w:val="clear" w:color="auto" w:fill="ECDE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9D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  <w:insideH w:val="single" w:sz="8" w:space="0" w:color="A5300F" w:themeColor="accent1"/>
        <w:insideV w:val="single" w:sz="8" w:space="0" w:color="A5300F" w:themeColor="accent1"/>
      </w:tblBorders>
    </w:tblPr>
    <w:tcPr>
      <w:shd w:val="clear" w:color="auto" w:fill="F8C3B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7E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EC2" w:themeFill="accent1" w:themeFillTint="33"/>
      </w:tc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tcBorders>
          <w:insideH w:val="single" w:sz="6" w:space="0" w:color="A5300F" w:themeColor="accent1"/>
          <w:insideV w:val="single" w:sz="6" w:space="0" w:color="A5300F" w:themeColor="accent1"/>
        </w:tcBorders>
        <w:shd w:val="clear" w:color="auto" w:fill="F1866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55816" w:themeColor="accent2"/>
        <w:left w:val="single" w:sz="8" w:space="0" w:color="D55816" w:themeColor="accent2"/>
        <w:bottom w:val="single" w:sz="8" w:space="0" w:color="D55816" w:themeColor="accent2"/>
        <w:right w:val="single" w:sz="8" w:space="0" w:color="D55816" w:themeColor="accent2"/>
        <w:insideH w:val="single" w:sz="8" w:space="0" w:color="D55816" w:themeColor="accent2"/>
        <w:insideV w:val="single" w:sz="8" w:space="0" w:color="D55816" w:themeColor="accent2"/>
      </w:tblBorders>
    </w:tblPr>
    <w:tcPr>
      <w:shd w:val="clear" w:color="auto" w:fill="F8D4C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D" w:themeFill="accent2" w:themeFillTint="33"/>
      </w:tc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tcBorders>
          <w:insideH w:val="single" w:sz="6" w:space="0" w:color="D55816" w:themeColor="accent2"/>
          <w:insideV w:val="single" w:sz="6" w:space="0" w:color="D55816" w:themeColor="accent2"/>
        </w:tcBorders>
        <w:shd w:val="clear" w:color="auto" w:fill="F2A98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19825" w:themeColor="accent3"/>
        <w:left w:val="single" w:sz="8" w:space="0" w:color="E19825" w:themeColor="accent3"/>
        <w:bottom w:val="single" w:sz="8" w:space="0" w:color="E19825" w:themeColor="accent3"/>
        <w:right w:val="single" w:sz="8" w:space="0" w:color="E19825" w:themeColor="accent3"/>
        <w:insideH w:val="single" w:sz="8" w:space="0" w:color="E19825" w:themeColor="accent3"/>
        <w:insideV w:val="single" w:sz="8" w:space="0" w:color="E19825" w:themeColor="accent3"/>
      </w:tblBorders>
    </w:tblPr>
    <w:tcPr>
      <w:shd w:val="clear" w:color="auto" w:fill="F7E5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4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AD3" w:themeFill="accent3" w:themeFillTint="33"/>
      </w:tc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tcBorders>
          <w:insideH w:val="single" w:sz="6" w:space="0" w:color="E19825" w:themeColor="accent3"/>
          <w:insideV w:val="single" w:sz="6" w:space="0" w:color="E19825" w:themeColor="accent3"/>
        </w:tcBorders>
        <w:shd w:val="clear" w:color="auto" w:fill="F0CB9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9C7D" w:themeColor="accent4"/>
        <w:left w:val="single" w:sz="8" w:space="0" w:color="B19C7D" w:themeColor="accent4"/>
        <w:bottom w:val="single" w:sz="8" w:space="0" w:color="B19C7D" w:themeColor="accent4"/>
        <w:right w:val="single" w:sz="8" w:space="0" w:color="B19C7D" w:themeColor="accent4"/>
        <w:insideH w:val="single" w:sz="8" w:space="0" w:color="B19C7D" w:themeColor="accent4"/>
        <w:insideV w:val="single" w:sz="8" w:space="0" w:color="B19C7D" w:themeColor="accent4"/>
      </w:tblBorders>
    </w:tblPr>
    <w:tcPr>
      <w:shd w:val="clear" w:color="auto" w:fill="EBE6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BE4" w:themeFill="accent4" w:themeFillTint="33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tcBorders>
          <w:insideH w:val="single" w:sz="6" w:space="0" w:color="B19C7D" w:themeColor="accent4"/>
          <w:insideV w:val="single" w:sz="6" w:space="0" w:color="B19C7D" w:themeColor="accent4"/>
        </w:tcBorders>
        <w:shd w:val="clear" w:color="auto" w:fill="D8CDB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5F52" w:themeColor="accent5"/>
        <w:left w:val="single" w:sz="8" w:space="0" w:color="7F5F52" w:themeColor="accent5"/>
        <w:bottom w:val="single" w:sz="8" w:space="0" w:color="7F5F52" w:themeColor="accent5"/>
        <w:right w:val="single" w:sz="8" w:space="0" w:color="7F5F52" w:themeColor="accent5"/>
        <w:insideH w:val="single" w:sz="8" w:space="0" w:color="7F5F52" w:themeColor="accent5"/>
        <w:insideV w:val="single" w:sz="8" w:space="0" w:color="7F5F52" w:themeColor="accent5"/>
      </w:tblBorders>
    </w:tblPr>
    <w:tcPr>
      <w:shd w:val="clear" w:color="auto" w:fill="E1D6D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3EE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EDA" w:themeFill="accent5" w:themeFillTint="33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tcBorders>
          <w:insideH w:val="single" w:sz="6" w:space="0" w:color="7F5F52" w:themeColor="accent5"/>
          <w:insideV w:val="single" w:sz="6" w:space="0" w:color="7F5F52" w:themeColor="accent5"/>
        </w:tcBorders>
        <w:shd w:val="clear" w:color="auto" w:fill="C4ADA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7D49" w:themeColor="accent6"/>
        <w:left w:val="single" w:sz="8" w:space="0" w:color="B27D49" w:themeColor="accent6"/>
        <w:bottom w:val="single" w:sz="8" w:space="0" w:color="B27D49" w:themeColor="accent6"/>
        <w:right w:val="single" w:sz="8" w:space="0" w:color="B27D49" w:themeColor="accent6"/>
        <w:insideH w:val="single" w:sz="8" w:space="0" w:color="B27D49" w:themeColor="accent6"/>
        <w:insideV w:val="single" w:sz="8" w:space="0" w:color="B27D49" w:themeColor="accent6"/>
      </w:tblBorders>
    </w:tblPr>
    <w:tcPr>
      <w:shd w:val="clear" w:color="auto" w:fill="ECDE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2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4DA" w:themeFill="accent6" w:themeFillTint="33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tcBorders>
          <w:insideH w:val="single" w:sz="6" w:space="0" w:color="B27D49" w:themeColor="accent6"/>
          <w:insideV w:val="single" w:sz="6" w:space="0" w:color="B27D49" w:themeColor="accent6"/>
        </w:tcBorders>
        <w:shd w:val="clear" w:color="auto" w:fill="D9BE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3B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30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30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30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30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866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8668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D4C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581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581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581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581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A98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A982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5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982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982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982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982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CB9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CB92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6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9C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9C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9C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CDB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CDBE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6D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5F5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5F5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5F5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ADA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ADA3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E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7D4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7D4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7D4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BE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BEA3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30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7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23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230B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581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A2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F411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4110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982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4B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711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7117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9C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4E3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765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654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5F5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2F2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73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73D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3E2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5D3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A5300F" w:themeColor="accent1"/>
        <w:bottom w:val="single" w:sz="4" w:space="0" w:color="A5300F" w:themeColor="accent1"/>
        <w:right w:val="single" w:sz="4" w:space="0" w:color="A530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E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1C0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1C09" w:themeColor="accent1" w:themeShade="99"/>
          <w:insideV w:val="nil"/>
        </w:tcBorders>
        <w:shd w:val="clear" w:color="auto" w:fill="631C0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1C09" w:themeFill="accent1" w:themeFillShade="99"/>
      </w:tcPr>
    </w:tblStylePr>
    <w:tblStylePr w:type="band1Vert">
      <w:tblPr/>
      <w:tcPr>
        <w:shd w:val="clear" w:color="auto" w:fill="F49E86" w:themeFill="accent1" w:themeFillTint="66"/>
      </w:tcPr>
    </w:tblStylePr>
    <w:tblStylePr w:type="band1Horz">
      <w:tblPr/>
      <w:tcPr>
        <w:shd w:val="clear" w:color="auto" w:fill="F1866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55816" w:themeColor="accent2"/>
        <w:left w:val="single" w:sz="4" w:space="0" w:color="D55816" w:themeColor="accent2"/>
        <w:bottom w:val="single" w:sz="4" w:space="0" w:color="D55816" w:themeColor="accent2"/>
        <w:right w:val="single" w:sz="4" w:space="0" w:color="D5581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581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34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340D" w:themeColor="accent2" w:themeShade="99"/>
          <w:insideV w:val="nil"/>
        </w:tcBorders>
        <w:shd w:val="clear" w:color="auto" w:fill="7F34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99"/>
      </w:tcPr>
    </w:tblStylePr>
    <w:tblStylePr w:type="band1Vert">
      <w:tblPr/>
      <w:tcPr>
        <w:shd w:val="clear" w:color="auto" w:fill="F4BA9B" w:themeFill="accent2" w:themeFillTint="66"/>
      </w:tcPr>
    </w:tblStylePr>
    <w:tblStylePr w:type="band1Horz">
      <w:tblPr/>
      <w:tcPr>
        <w:shd w:val="clear" w:color="auto" w:fill="F2A98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19C7D" w:themeColor="accent4"/>
        <w:left w:val="single" w:sz="4" w:space="0" w:color="E19825" w:themeColor="accent3"/>
        <w:bottom w:val="single" w:sz="4" w:space="0" w:color="E19825" w:themeColor="accent3"/>
        <w:right w:val="single" w:sz="4" w:space="0" w:color="E1982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4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9C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95B1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95B13" w:themeColor="accent3" w:themeShade="99"/>
          <w:insideV w:val="nil"/>
        </w:tcBorders>
        <w:shd w:val="clear" w:color="auto" w:fill="895B1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5B13" w:themeFill="accent3" w:themeFillShade="99"/>
      </w:tcPr>
    </w:tblStylePr>
    <w:tblStylePr w:type="band1Vert">
      <w:tblPr/>
      <w:tcPr>
        <w:shd w:val="clear" w:color="auto" w:fill="F3D5A7" w:themeFill="accent3" w:themeFillTint="66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9825" w:themeColor="accent3"/>
        <w:left w:val="single" w:sz="4" w:space="0" w:color="B19C7D" w:themeColor="accent4"/>
        <w:bottom w:val="single" w:sz="4" w:space="0" w:color="B19C7D" w:themeColor="accent4"/>
        <w:right w:val="single" w:sz="4" w:space="0" w:color="B19C7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982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5E4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5E44" w:themeColor="accent4" w:themeShade="99"/>
          <w:insideV w:val="nil"/>
        </w:tcBorders>
        <w:shd w:val="clear" w:color="auto" w:fill="715E4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E44" w:themeFill="accent4" w:themeFillShade="99"/>
      </w:tcPr>
    </w:tblStylePr>
    <w:tblStylePr w:type="band1Vert">
      <w:tblPr/>
      <w:tcPr>
        <w:shd w:val="clear" w:color="auto" w:fill="DFD7CA" w:themeFill="accent4" w:themeFillTint="66"/>
      </w:tcPr>
    </w:tblStylePr>
    <w:tblStylePr w:type="band1Horz">
      <w:tblPr/>
      <w:tcPr>
        <w:shd w:val="clear" w:color="auto" w:fill="D8CDB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7D49" w:themeColor="accent6"/>
        <w:left w:val="single" w:sz="4" w:space="0" w:color="7F5F52" w:themeColor="accent5"/>
        <w:bottom w:val="single" w:sz="4" w:space="0" w:color="7F5F52" w:themeColor="accent5"/>
        <w:right w:val="single" w:sz="4" w:space="0" w:color="7F5F5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E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7D4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8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831" w:themeColor="accent5" w:themeShade="99"/>
          <w:insideV w:val="nil"/>
        </w:tcBorders>
        <w:shd w:val="clear" w:color="auto" w:fill="4C38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31" w:themeFill="accent5" w:themeFillShade="99"/>
      </w:tcPr>
    </w:tblStylePr>
    <w:tblStylePr w:type="band1Vert">
      <w:tblPr/>
      <w:tcPr>
        <w:shd w:val="clear" w:color="auto" w:fill="CFBDB5" w:themeFill="accent5" w:themeFillTint="66"/>
      </w:tcPr>
    </w:tblStylePr>
    <w:tblStylePr w:type="band1Horz">
      <w:tblPr/>
      <w:tcPr>
        <w:shd w:val="clear" w:color="auto" w:fill="C4ADA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5F52" w:themeColor="accent5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2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4A2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4A2B" w:themeColor="accent6" w:themeShade="99"/>
          <w:insideV w:val="nil"/>
        </w:tcBorders>
        <w:shd w:val="clear" w:color="auto" w:fill="6A4A2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4A2B" w:themeFill="accent6" w:themeFillShade="99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D9BE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7E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3B4" w:themeFill="accent1" w:themeFillTint="3F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E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4611" w:themeFill="accent2" w:themeFillShade="CC"/>
      </w:tcPr>
    </w:tblStylePr>
    <w:tblStylePr w:type="lastRow">
      <w:rPr>
        <w:b/>
        <w:bCs/>
        <w:color w:val="AA461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4C1" w:themeFill="accent2" w:themeFillTint="3F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4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67E5A" w:themeFill="accent4" w:themeFillShade="CC"/>
      </w:tcPr>
    </w:tblStylePr>
    <w:tblStylePr w:type="lastRow">
      <w:rPr>
        <w:b/>
        <w:bCs/>
        <w:color w:val="967E5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5C9" w:themeFill="accent3" w:themeFillTint="3F"/>
      </w:tcPr>
    </w:tblStylePr>
    <w:tblStylePr w:type="band1Horz">
      <w:tblPr/>
      <w:tcPr>
        <w:shd w:val="clear" w:color="auto" w:fill="F9EAD3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77919" w:themeFill="accent3" w:themeFillShade="CC"/>
      </w:tcPr>
    </w:tblStylePr>
    <w:tblStylePr w:type="lastRow">
      <w:rPr>
        <w:b/>
        <w:bCs/>
        <w:color w:val="B7791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E" w:themeFill="accent4" w:themeFillTint="3F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E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633A" w:themeFill="accent6" w:themeFillShade="CC"/>
      </w:tcPr>
    </w:tblStylePr>
    <w:tblStylePr w:type="lastRow">
      <w:rPr>
        <w:b/>
        <w:bCs/>
        <w:color w:val="8E633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6D1" w:themeFill="accent5" w:themeFillTint="3F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2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4B41" w:themeFill="accent5" w:themeFillShade="CC"/>
      </w:tcPr>
    </w:tblStylePr>
    <w:tblStylePr w:type="lastRow">
      <w:rPr>
        <w:b/>
        <w:bCs/>
        <w:color w:val="654B4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EC2" w:themeFill="accent1" w:themeFillTint="33"/>
    </w:tcPr>
    <w:tblStylePr w:type="firstRow">
      <w:rPr>
        <w:b/>
        <w:bCs/>
      </w:rPr>
      <w:tblPr/>
      <w:tcPr>
        <w:shd w:val="clear" w:color="auto" w:fill="F49E8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9E8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B23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B230B" w:themeFill="accent1" w:themeFillShade="BF"/>
      </w:tcPr>
    </w:tblStylePr>
    <w:tblStylePr w:type="band1Vert">
      <w:tblPr/>
      <w:tcPr>
        <w:shd w:val="clear" w:color="auto" w:fill="F18668" w:themeFill="accent1" w:themeFillTint="7F"/>
      </w:tcPr>
    </w:tblStylePr>
    <w:tblStylePr w:type="band1Horz">
      <w:tblPr/>
      <w:tcPr>
        <w:shd w:val="clear" w:color="auto" w:fill="F18668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D" w:themeFill="accent2" w:themeFillTint="33"/>
    </w:tcPr>
    <w:tblStylePr w:type="firstRow">
      <w:rPr>
        <w:b/>
        <w:bCs/>
      </w:rPr>
      <w:tblPr/>
      <w:tcPr>
        <w:shd w:val="clear" w:color="auto" w:fill="F4BA9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BA9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F411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F4110" w:themeFill="accent2" w:themeFillShade="BF"/>
      </w:tcPr>
    </w:tblStylePr>
    <w:tblStylePr w:type="band1Vert">
      <w:tblPr/>
      <w:tcPr>
        <w:shd w:val="clear" w:color="auto" w:fill="F2A982" w:themeFill="accent2" w:themeFillTint="7F"/>
      </w:tcPr>
    </w:tblStylePr>
    <w:tblStylePr w:type="band1Horz">
      <w:tblPr/>
      <w:tcPr>
        <w:shd w:val="clear" w:color="auto" w:fill="F2A982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EAD3" w:themeFill="accent3" w:themeFillTint="33"/>
    </w:tcPr>
    <w:tblStylePr w:type="firstRow">
      <w:rPr>
        <w:b/>
        <w:bCs/>
      </w:rPr>
      <w:tblPr/>
      <w:tcPr>
        <w:shd w:val="clear" w:color="auto" w:fill="F3D5A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D5A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C711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C7117" w:themeFill="accent3" w:themeFillShade="BF"/>
      </w:tcPr>
    </w:tblStylePr>
    <w:tblStylePr w:type="band1Vert">
      <w:tblPr/>
      <w:tcPr>
        <w:shd w:val="clear" w:color="auto" w:fill="F0CB92" w:themeFill="accent3" w:themeFillTint="7F"/>
      </w:tcPr>
    </w:tblStylePr>
    <w:tblStylePr w:type="band1Horz">
      <w:tblPr/>
      <w:tcPr>
        <w:shd w:val="clear" w:color="auto" w:fill="F0CB92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BE4" w:themeFill="accent4" w:themeFillTint="33"/>
    </w:tcPr>
    <w:tblStylePr w:type="firstRow">
      <w:rPr>
        <w:b/>
        <w:bCs/>
      </w:rPr>
      <w:tblPr/>
      <w:tcPr>
        <w:shd w:val="clear" w:color="auto" w:fill="DFD7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D7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D7654" w:themeFill="accent4" w:themeFillShade="BF"/>
      </w:tcPr>
    </w:tblStylePr>
    <w:tblStylePr w:type="band1Vert">
      <w:tblPr/>
      <w:tcPr>
        <w:shd w:val="clear" w:color="auto" w:fill="D8CDBE" w:themeFill="accent4" w:themeFillTint="7F"/>
      </w:tcPr>
    </w:tblStylePr>
    <w:tblStylePr w:type="band1Horz">
      <w:tblPr/>
      <w:tcPr>
        <w:shd w:val="clear" w:color="auto" w:fill="D8CDBE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EDA" w:themeFill="accent5" w:themeFillTint="33"/>
    </w:tcPr>
    <w:tblStylePr w:type="firstRow">
      <w:rPr>
        <w:b/>
        <w:bCs/>
      </w:rPr>
      <w:tblPr/>
      <w:tcPr>
        <w:shd w:val="clear" w:color="auto" w:fill="CFBDB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BDB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473D" w:themeFill="accent5" w:themeFillShade="BF"/>
      </w:tcPr>
    </w:tblStylePr>
    <w:tblStylePr w:type="band1Vert">
      <w:tblPr/>
      <w:tcPr>
        <w:shd w:val="clear" w:color="auto" w:fill="C4ADA3" w:themeFill="accent5" w:themeFillTint="7F"/>
      </w:tcPr>
    </w:tblStylePr>
    <w:tblStylePr w:type="band1Horz">
      <w:tblPr/>
      <w:tcPr>
        <w:shd w:val="clear" w:color="auto" w:fill="C4ADA3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</w:rPr>
      <w:tblPr/>
      <w:tcPr>
        <w:shd w:val="clear" w:color="auto" w:fill="E1CA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CA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paragraph" w:customStyle="1" w:styleId="Formkicker">
    <w:name w:val="Form kicker"/>
    <w:basedOn w:val="Normalny"/>
    <w:pPr>
      <w:keepLines/>
      <w:spacing w:after="120" w:line="220" w:lineRule="exact"/>
    </w:pPr>
    <w:rPr>
      <w:b/>
      <w:color w:val="254E43"/>
      <w:sz w:val="18"/>
    </w:rPr>
  </w:style>
  <w:style w:type="paragraph" w:customStyle="1" w:styleId="Formintro">
    <w:name w:val="Form intro"/>
    <w:basedOn w:val="Normalny"/>
    <w:pPr>
      <w:keepLines/>
      <w:spacing w:after="120" w:line="270" w:lineRule="exact"/>
    </w:pPr>
    <w:rPr>
      <w:sz w:val="22"/>
    </w:rPr>
  </w:style>
  <w:style w:type="paragraph" w:customStyle="1" w:styleId="Formnote">
    <w:name w:val="Form note"/>
    <w:basedOn w:val="Normalny"/>
    <w:pPr>
      <w:keepLines/>
      <w:spacing w:after="0" w:line="240" w:lineRule="exact"/>
    </w:pPr>
    <w:rPr>
      <w:color w:val="56655D"/>
      <w:sz w:val="20"/>
    </w:rPr>
  </w:style>
  <w:style w:type="paragraph" w:customStyle="1" w:styleId="Formquestion">
    <w:name w:val="Form question"/>
    <w:basedOn w:val="Normalny"/>
    <w:pPr>
      <w:keepLines/>
      <w:spacing w:after="0"/>
    </w:pPr>
    <w:rPr>
      <w:b/>
    </w:rPr>
  </w:style>
  <w:style w:type="paragraph" w:customStyle="1" w:styleId="Formnumber">
    <w:name w:val="Form number"/>
    <w:basedOn w:val="Normalny"/>
    <w:pPr>
      <w:keepLines/>
      <w:spacing w:after="0" w:line="280" w:lineRule="exact"/>
    </w:pPr>
    <w:rPr>
      <w:b/>
      <w:color w:val="FFFFFF"/>
      <w:sz w:val="22"/>
    </w:rPr>
  </w:style>
  <w:style w:type="paragraph" w:customStyle="1" w:styleId="Forminstruction">
    <w:name w:val="Form instruction"/>
    <w:basedOn w:val="Normalny"/>
    <w:pPr>
      <w:keepLines/>
      <w:spacing w:after="80" w:line="240" w:lineRule="exact"/>
    </w:pPr>
    <w:rPr>
      <w:color w:val="56655D"/>
      <w:sz w:val="20"/>
    </w:rPr>
  </w:style>
  <w:style w:type="paragraph" w:customStyle="1" w:styleId="Formoption">
    <w:name w:val="Form option"/>
    <w:basedOn w:val="Normalny"/>
    <w:pPr>
      <w:keepLines/>
      <w:tabs>
        <w:tab w:val="left" w:pos="312"/>
      </w:tabs>
      <w:spacing w:after="40" w:line="280" w:lineRule="exact"/>
      <w:ind w:left="312" w:hanging="312"/>
    </w:pPr>
  </w:style>
  <w:style w:type="paragraph" w:customStyle="1" w:styleId="Formsection">
    <w:name w:val="Form section"/>
    <w:basedOn w:val="Normalny"/>
    <w:pPr>
      <w:keepLines/>
      <w:spacing w:after="0" w:line="340" w:lineRule="exact"/>
    </w:pPr>
    <w:rPr>
      <w:b/>
      <w:color w:val="254E43"/>
      <w:sz w:val="28"/>
    </w:rPr>
  </w:style>
  <w:style w:type="paragraph" w:customStyle="1" w:styleId="Formfield">
    <w:name w:val="Form field"/>
    <w:basedOn w:val="Normalny"/>
    <w:pPr>
      <w:keepLines/>
      <w:spacing w:after="0" w:line="460" w:lineRule="exact"/>
    </w:pPr>
  </w:style>
  <w:style w:type="paragraph" w:customStyle="1" w:styleId="Formheader">
    <w:name w:val="Form header"/>
    <w:basedOn w:val="Normalny"/>
    <w:pPr>
      <w:keepLines/>
      <w:spacing w:after="0" w:line="200" w:lineRule="exact"/>
    </w:pPr>
    <w:rPr>
      <w:b/>
      <w:color w:val="254E43"/>
      <w:sz w:val="16"/>
    </w:rPr>
  </w:style>
  <w:style w:type="paragraph" w:customStyle="1" w:styleId="Formfooter">
    <w:name w:val="Form footer"/>
    <w:basedOn w:val="Normalny"/>
    <w:pPr>
      <w:keepLines/>
      <w:spacing w:after="0" w:line="200" w:lineRule="exact"/>
    </w:pPr>
    <w:rPr>
      <w:color w:val="56655D"/>
      <w:sz w:val="16"/>
    </w:rPr>
  </w:style>
  <w:style w:type="paragraph" w:customStyle="1" w:styleId="Formspacer">
    <w:name w:val="Form spacer"/>
    <w:basedOn w:val="Normalny"/>
    <w:pPr>
      <w:keepLines/>
      <w:spacing w:after="0" w:line="80" w:lineRule="exact"/>
    </w:pPr>
    <w:rPr>
      <w:sz w:val="2"/>
    </w:rPr>
  </w:style>
  <w:style w:type="paragraph" w:customStyle="1" w:styleId="Formthanks">
    <w:name w:val="Form thanks"/>
    <w:basedOn w:val="Normalny"/>
    <w:pPr>
      <w:keepLines/>
      <w:spacing w:after="0" w:line="360" w:lineRule="exact"/>
    </w:pPr>
    <w:rPr>
      <w:b/>
      <w:color w:val="254E43"/>
      <w:sz w:val="30"/>
    </w:rPr>
  </w:style>
  <w:style w:type="character" w:styleId="Hipercze">
    <w:name w:val="Hyperlink"/>
    <w:basedOn w:val="Domylnaczcionkaakapitu"/>
    <w:uiPriority w:val="99"/>
    <w:unhideWhenUsed/>
    <w:rsid w:val="003C6572"/>
    <w:rPr>
      <w:color w:val="6B9F25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6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aciejowice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Czerwony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1352</Words>
  <Characters>8112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keywords/>
  <dc:description/>
  <cp:lastModifiedBy>Beata BRC. Rulak-Fryc</cp:lastModifiedBy>
  <cp:revision>4</cp:revision>
  <dcterms:created xsi:type="dcterms:W3CDTF">2026-11-02T06:24:00Z</dcterms:created>
  <dcterms:modified xsi:type="dcterms:W3CDTF">2026-11-02T06:34:00Z</dcterms:modified>
  <cp:category/>
</cp:coreProperties>
</file>